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67818" w14:textId="77777777" w:rsidR="008769FA" w:rsidRDefault="00000000">
      <w:pPr>
        <w:spacing w:after="160"/>
      </w:pPr>
      <w:r>
        <w:rPr>
          <w:b/>
          <w:color w:val="12304A"/>
          <w:sz w:val="62"/>
        </w:rPr>
        <w:t>Company Website</w:t>
      </w:r>
    </w:p>
    <w:p w14:paraId="4D39D9B4" w14:textId="77777777" w:rsidR="008769FA" w:rsidRDefault="00000000">
      <w:pPr>
        <w:spacing w:after="640"/>
      </w:pPr>
      <w:r>
        <w:rPr>
          <w:color w:val="617584"/>
          <w:sz w:val="28"/>
        </w:rPr>
        <w:t>A credible, scalable corporate website that supports trust, discovery and growth.</w:t>
      </w:r>
    </w:p>
    <w:tbl>
      <w:tblPr>
        <w:tblW w:w="9360" w:type="dxa"/>
        <w:tblInd w:w="120" w:type="dxa"/>
        <w:tblLayout w:type="fixed"/>
        <w:tblLook w:val="04A0" w:firstRow="1" w:lastRow="0" w:firstColumn="1" w:lastColumn="0" w:noHBand="0" w:noVBand="1"/>
      </w:tblPr>
      <w:tblGrid>
        <w:gridCol w:w="9360"/>
      </w:tblGrid>
      <w:tr w:rsidR="008769FA" w14:paraId="228DD072"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3F61B5F2" w14:textId="77777777" w:rsidR="008769FA" w:rsidRDefault="00000000">
            <w:pPr>
              <w:spacing w:after="0"/>
            </w:pPr>
            <w:r>
              <w:rPr>
                <w:b/>
                <w:color w:val="12304A"/>
                <w:sz w:val="20"/>
              </w:rPr>
              <w:t xml:space="preserve">PROPOSAL PURPOSE  </w:t>
            </w:r>
            <w:r>
              <w:rPr>
                <w:sz w:val="20"/>
              </w:rPr>
              <w:t>A configurable company website proposal for [CLIENT LEGAL NAME], prepared for discussion and client-specific scoping.</w:t>
            </w:r>
          </w:p>
        </w:tc>
      </w:tr>
    </w:tbl>
    <w:p w14:paraId="35825C7D" w14:textId="77777777" w:rsidR="008769FA" w:rsidRDefault="008769FA">
      <w:pPr>
        <w:spacing w:after="0"/>
      </w:pPr>
    </w:p>
    <w:p w14:paraId="6522EE4A" w14:textId="77777777" w:rsidR="008769FA" w:rsidRDefault="00000000">
      <w:pPr>
        <w:spacing w:after="40"/>
      </w:pPr>
      <w:r>
        <w:rPr>
          <w:b/>
          <w:color w:val="617584"/>
          <w:sz w:val="18"/>
        </w:rPr>
        <w:t>Prepared for</w:t>
      </w:r>
    </w:p>
    <w:p w14:paraId="081C86A5" w14:textId="77777777" w:rsidR="008769FA" w:rsidRDefault="00000000">
      <w:pPr>
        <w:spacing w:after="280"/>
      </w:pPr>
      <w:r>
        <w:rPr>
          <w:b/>
          <w:color w:val="12304A"/>
          <w:sz w:val="32"/>
        </w:rPr>
        <w:t>[CLIENT LEGAL NAME]</w:t>
      </w:r>
    </w:p>
    <w:tbl>
      <w:tblPr>
        <w:tblW w:w="9360" w:type="dxa"/>
        <w:tblInd w:w="120" w:type="dxa"/>
        <w:tblLayout w:type="fixed"/>
        <w:tblLook w:val="04A0" w:firstRow="1" w:lastRow="0" w:firstColumn="1" w:lastColumn="0" w:noHBand="0" w:noVBand="1"/>
      </w:tblPr>
      <w:tblGrid>
        <w:gridCol w:w="2450"/>
        <w:gridCol w:w="6910"/>
      </w:tblGrid>
      <w:tr w:rsidR="008769FA" w14:paraId="02743B99" w14:textId="77777777">
        <w:trPr>
          <w:tblHeader/>
        </w:trPr>
        <w:tc>
          <w:tcPr>
            <w:tcW w:w="245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96621C9" w14:textId="77777777" w:rsidR="008769FA" w:rsidRDefault="00000000">
            <w:pPr>
              <w:spacing w:after="0"/>
            </w:pPr>
            <w:r>
              <w:rPr>
                <w:b/>
                <w:color w:val="FFFFFF"/>
                <w:sz w:val="18"/>
              </w:rPr>
              <w:t>PROPOSAL DETAIL</w:t>
            </w:r>
          </w:p>
        </w:tc>
        <w:tc>
          <w:tcPr>
            <w:tcW w:w="691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E2AFE8C" w14:textId="77777777" w:rsidR="008769FA" w:rsidRDefault="00000000">
            <w:pPr>
              <w:spacing w:after="0"/>
            </w:pPr>
            <w:r>
              <w:rPr>
                <w:b/>
                <w:color w:val="FFFFFF"/>
                <w:sz w:val="18"/>
              </w:rPr>
              <w:t>VALUE</w:t>
            </w:r>
          </w:p>
        </w:tc>
      </w:tr>
      <w:tr w:rsidR="008769FA" w14:paraId="01410CE6"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01EFE13" w14:textId="77777777" w:rsidR="008769FA" w:rsidRDefault="00000000">
            <w:pPr>
              <w:spacing w:after="0" w:line="252" w:lineRule="auto"/>
            </w:pPr>
            <w:r>
              <w:rPr>
                <w:sz w:val="18"/>
              </w:rPr>
              <w:t>Project</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006002A" w14:textId="77777777" w:rsidR="008769FA" w:rsidRDefault="00000000">
            <w:pPr>
              <w:spacing w:after="0" w:line="252" w:lineRule="auto"/>
            </w:pPr>
            <w:r>
              <w:rPr>
                <w:sz w:val="18"/>
              </w:rPr>
              <w:t>[PROJECT NAME]</w:t>
            </w:r>
          </w:p>
        </w:tc>
      </w:tr>
      <w:tr w:rsidR="008769FA" w14:paraId="59CC208B"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988B87" w14:textId="77777777" w:rsidR="008769FA" w:rsidRDefault="00000000">
            <w:pPr>
              <w:spacing w:after="0" w:line="252" w:lineRule="auto"/>
            </w:pPr>
            <w:r>
              <w:rPr>
                <w:sz w:val="18"/>
              </w:rPr>
              <w:t>Proposal date</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22D9578" w14:textId="77777777" w:rsidR="008769FA" w:rsidRDefault="00000000">
            <w:pPr>
              <w:spacing w:after="0" w:line="252" w:lineRule="auto"/>
            </w:pPr>
            <w:r>
              <w:rPr>
                <w:sz w:val="18"/>
              </w:rPr>
              <w:t>[DD Month YYYY]</w:t>
            </w:r>
          </w:p>
        </w:tc>
      </w:tr>
      <w:tr w:rsidR="008769FA" w14:paraId="6CFB3F9C"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7094965" w14:textId="77777777" w:rsidR="008769FA" w:rsidRDefault="00000000">
            <w:pPr>
              <w:spacing w:after="0" w:line="252" w:lineRule="auto"/>
            </w:pPr>
            <w:r>
              <w:rPr>
                <w:sz w:val="18"/>
              </w:rPr>
              <w:t>Reference</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A515374" w14:textId="77777777" w:rsidR="008769FA" w:rsidRDefault="00000000">
            <w:pPr>
              <w:spacing w:after="0" w:line="252" w:lineRule="auto"/>
            </w:pPr>
            <w:r>
              <w:rPr>
                <w:sz w:val="18"/>
              </w:rPr>
              <w:t>[FIMRIQ/02/YYYY/###]</w:t>
            </w:r>
          </w:p>
        </w:tc>
      </w:tr>
      <w:tr w:rsidR="008769FA" w14:paraId="209D229E"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DC445E5" w14:textId="77777777" w:rsidR="008769FA" w:rsidRDefault="00000000">
            <w:pPr>
              <w:spacing w:after="0" w:line="252" w:lineRule="auto"/>
            </w:pPr>
            <w:r>
              <w:rPr>
                <w:sz w:val="18"/>
              </w:rPr>
              <w:t>Prepared for</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DBA56B4" w14:textId="77777777" w:rsidR="008769FA" w:rsidRDefault="00000000">
            <w:pPr>
              <w:spacing w:after="0" w:line="252" w:lineRule="auto"/>
            </w:pPr>
            <w:r>
              <w:rPr>
                <w:sz w:val="18"/>
              </w:rPr>
              <w:t>[CLIENT CONTACT, TITLE]</w:t>
            </w:r>
          </w:p>
        </w:tc>
      </w:tr>
      <w:tr w:rsidR="008769FA" w14:paraId="11C4C2B0" w14:textId="77777777">
        <w:tc>
          <w:tcPr>
            <w:tcW w:w="245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745B82D" w14:textId="77777777" w:rsidR="008769FA" w:rsidRDefault="00000000">
            <w:pPr>
              <w:spacing w:after="0" w:line="252" w:lineRule="auto"/>
            </w:pPr>
            <w:r>
              <w:rPr>
                <w:sz w:val="18"/>
              </w:rPr>
              <w:t>Prepared by</w:t>
            </w:r>
          </w:p>
        </w:tc>
        <w:tc>
          <w:tcPr>
            <w:tcW w:w="691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8B779B4" w14:textId="77777777" w:rsidR="008769FA" w:rsidRDefault="00000000">
            <w:pPr>
              <w:spacing w:after="0" w:line="252" w:lineRule="auto"/>
            </w:pPr>
            <w:r>
              <w:rPr>
                <w:sz w:val="18"/>
              </w:rPr>
              <w:t>FimriQ PVT LTD</w:t>
            </w:r>
          </w:p>
        </w:tc>
      </w:tr>
      <w:tr w:rsidR="008769FA" w14:paraId="44050DBF" w14:textId="77777777">
        <w:tc>
          <w:tcPr>
            <w:tcW w:w="245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46D9AAD" w14:textId="77777777" w:rsidR="008769FA" w:rsidRDefault="00000000">
            <w:pPr>
              <w:spacing w:after="0" w:line="252" w:lineRule="auto"/>
            </w:pPr>
            <w:r>
              <w:rPr>
                <w:sz w:val="18"/>
              </w:rPr>
              <w:t>Validity</w:t>
            </w:r>
          </w:p>
        </w:tc>
        <w:tc>
          <w:tcPr>
            <w:tcW w:w="691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D3B64A" w14:textId="77777777" w:rsidR="008769FA" w:rsidRDefault="00000000">
            <w:pPr>
              <w:spacing w:after="0" w:line="252" w:lineRule="auto"/>
            </w:pPr>
            <w:r>
              <w:rPr>
                <w:sz w:val="18"/>
              </w:rPr>
              <w:t>[## calendar days]</w:t>
            </w:r>
          </w:p>
        </w:tc>
      </w:tr>
    </w:tbl>
    <w:p w14:paraId="10ED4290" w14:textId="77777777" w:rsidR="008769FA" w:rsidRDefault="008769FA">
      <w:pPr>
        <w:spacing w:after="20"/>
      </w:pPr>
    </w:p>
    <w:p w14:paraId="791F508C" w14:textId="77777777" w:rsidR="008769FA" w:rsidRDefault="00000000">
      <w:pPr>
        <w:spacing w:after="0"/>
        <w:jc w:val="center"/>
      </w:pPr>
      <w:r>
        <w:rPr>
          <w:b/>
          <w:color w:val="617584"/>
          <w:sz w:val="16"/>
        </w:rPr>
        <w:t>CONFIDENTIAL - Prepared exclusively for the named client.</w:t>
      </w:r>
    </w:p>
    <w:p w14:paraId="4161FA94" w14:textId="77777777" w:rsidR="008769FA" w:rsidRDefault="00000000">
      <w:r>
        <w:br w:type="page"/>
      </w:r>
    </w:p>
    <w:p w14:paraId="66D6D302" w14:textId="77777777" w:rsidR="008769FA" w:rsidRDefault="00000000">
      <w:pPr>
        <w:pStyle w:val="Heading1"/>
      </w:pPr>
      <w:r>
        <w:lastRenderedPageBreak/>
        <w:t>1. Executive Summary</w:t>
      </w:r>
    </w:p>
    <w:p w14:paraId="5A69EC5C" w14:textId="77777777" w:rsidR="008769FA" w:rsidRDefault="00000000">
      <w:r>
        <w:t>FimriQ proposes a responsive company website for [CLIENT NAME] that clearly communicates the organisation's value, services and credibility while supporting enquiries, recruitment, content publishing and future expansion.</w:t>
      </w:r>
    </w:p>
    <w:tbl>
      <w:tblPr>
        <w:tblW w:w="9360" w:type="dxa"/>
        <w:tblInd w:w="120" w:type="dxa"/>
        <w:tblLayout w:type="fixed"/>
        <w:tblLook w:val="04A0" w:firstRow="1" w:lastRow="0" w:firstColumn="1" w:lastColumn="0" w:noHBand="0" w:noVBand="1"/>
      </w:tblPr>
      <w:tblGrid>
        <w:gridCol w:w="9360"/>
      </w:tblGrid>
      <w:tr w:rsidR="008769FA" w14:paraId="2EE601C9"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2C9D7032" w14:textId="77777777" w:rsidR="008769FA" w:rsidRDefault="00000000">
            <w:pPr>
              <w:spacing w:after="0"/>
            </w:pPr>
            <w:r>
              <w:rPr>
                <w:b/>
                <w:color w:val="12304A"/>
                <w:sz w:val="20"/>
              </w:rPr>
              <w:t xml:space="preserve">RECOMMENDED CONFIGURATION  </w:t>
            </w:r>
            <w:r>
              <w:rPr>
                <w:sz w:val="20"/>
              </w:rPr>
              <w:t>[Insert the recommended tier, selected add-ons, hosting plan and a concise reason this configuration fits the client.]</w:t>
            </w:r>
          </w:p>
        </w:tc>
      </w:tr>
    </w:tbl>
    <w:p w14:paraId="48DF4AC5" w14:textId="77777777" w:rsidR="008769FA" w:rsidRDefault="008769FA">
      <w:pPr>
        <w:spacing w:after="0"/>
      </w:pPr>
    </w:p>
    <w:p w14:paraId="39443DBC" w14:textId="77777777" w:rsidR="008769FA" w:rsidRDefault="00000000">
      <w:pPr>
        <w:pStyle w:val="Heading2"/>
      </w:pPr>
      <w:r>
        <w:t>Understanding of the Requirement</w:t>
      </w:r>
    </w:p>
    <w:tbl>
      <w:tblPr>
        <w:tblW w:w="9360" w:type="dxa"/>
        <w:tblInd w:w="120" w:type="dxa"/>
        <w:tblLayout w:type="fixed"/>
        <w:tblLook w:val="04A0" w:firstRow="1" w:lastRow="0" w:firstColumn="1" w:lastColumn="0" w:noHBand="0" w:noVBand="1"/>
      </w:tblPr>
      <w:tblGrid>
        <w:gridCol w:w="2500"/>
        <w:gridCol w:w="6860"/>
      </w:tblGrid>
      <w:tr w:rsidR="008769FA" w14:paraId="6EB868B1" w14:textId="77777777">
        <w:trPr>
          <w:tblHeader/>
        </w:trPr>
        <w:tc>
          <w:tcPr>
            <w:tcW w:w="25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A012ACB" w14:textId="77777777" w:rsidR="008769FA" w:rsidRDefault="00000000">
            <w:pPr>
              <w:spacing w:after="0"/>
            </w:pPr>
            <w:r>
              <w:rPr>
                <w:b/>
                <w:color w:val="FFFFFF"/>
                <w:sz w:val="18"/>
              </w:rPr>
              <w:t>AREA</w:t>
            </w:r>
          </w:p>
        </w:tc>
        <w:tc>
          <w:tcPr>
            <w:tcW w:w="68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9D36AE3" w14:textId="77777777" w:rsidR="008769FA" w:rsidRDefault="00000000">
            <w:pPr>
              <w:spacing w:after="0"/>
            </w:pPr>
            <w:r>
              <w:rPr>
                <w:b/>
                <w:color w:val="FFFFFF"/>
                <w:sz w:val="18"/>
              </w:rPr>
              <w:t>CURRENT UNDERSTANDING</w:t>
            </w:r>
          </w:p>
        </w:tc>
      </w:tr>
      <w:tr w:rsidR="008769FA" w14:paraId="04B6E394"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3955386" w14:textId="77777777" w:rsidR="008769FA" w:rsidRDefault="00000000">
            <w:pPr>
              <w:spacing w:after="0" w:line="252" w:lineRule="auto"/>
            </w:pPr>
            <w:r>
              <w:rPr>
                <w:sz w:val="18"/>
              </w:rPr>
              <w:t>Business objective</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2B21406" w14:textId="77777777" w:rsidR="008769FA" w:rsidRDefault="00000000">
            <w:pPr>
              <w:spacing w:after="0" w:line="252" w:lineRule="auto"/>
            </w:pPr>
            <w:r>
              <w:rPr>
                <w:sz w:val="18"/>
              </w:rPr>
              <w:t>[What should this solution achieve?]</w:t>
            </w:r>
          </w:p>
        </w:tc>
      </w:tr>
      <w:tr w:rsidR="008769FA" w14:paraId="6461AC42"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7455D7C" w14:textId="77777777" w:rsidR="008769FA" w:rsidRDefault="00000000">
            <w:pPr>
              <w:spacing w:after="0" w:line="252" w:lineRule="auto"/>
            </w:pPr>
            <w:r>
              <w:rPr>
                <w:sz w:val="18"/>
              </w:rPr>
              <w:t>Primary audience</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B206223" w14:textId="77777777" w:rsidR="008769FA" w:rsidRDefault="00000000">
            <w:pPr>
              <w:spacing w:after="0" w:line="252" w:lineRule="auto"/>
            </w:pPr>
            <w:r>
              <w:rPr>
                <w:sz w:val="18"/>
              </w:rPr>
              <w:t>Prospective customers, partners, recruits, investors, suppliers and other stakeholders.</w:t>
            </w:r>
          </w:p>
        </w:tc>
      </w:tr>
      <w:tr w:rsidR="008769FA" w14:paraId="5D945757"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21A4E20" w14:textId="77777777" w:rsidR="008769FA" w:rsidRDefault="00000000">
            <w:pPr>
              <w:spacing w:after="0" w:line="252" w:lineRule="auto"/>
            </w:pPr>
            <w:r>
              <w:rPr>
                <w:sz w:val="18"/>
              </w:rPr>
              <w:t>Priority journeys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633D58E" w14:textId="77777777" w:rsidR="008769FA" w:rsidRDefault="00000000">
            <w:pPr>
              <w:spacing w:after="0" w:line="252" w:lineRule="auto"/>
            </w:pPr>
            <w:r>
              <w:rPr>
                <w:sz w:val="18"/>
              </w:rPr>
              <w:t>[List the most important user journeys]</w:t>
            </w:r>
          </w:p>
        </w:tc>
      </w:tr>
      <w:tr w:rsidR="008769FA" w14:paraId="6367CB23"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EE78BA2" w14:textId="77777777" w:rsidR="008769FA" w:rsidRDefault="00000000">
            <w:pPr>
              <w:spacing w:after="0" w:line="252" w:lineRule="auto"/>
            </w:pPr>
            <w:r>
              <w:rPr>
                <w:sz w:val="18"/>
              </w:rPr>
              <w:t>Content / data</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3E49653" w14:textId="77777777" w:rsidR="008769FA" w:rsidRDefault="00000000">
            <w:pPr>
              <w:spacing w:after="0" w:line="252" w:lineRule="auto"/>
            </w:pPr>
            <w:r>
              <w:rPr>
                <w:sz w:val="18"/>
              </w:rPr>
              <w:t>[Owner, volume, readiness and migration needs]</w:t>
            </w:r>
          </w:p>
        </w:tc>
      </w:tr>
      <w:tr w:rsidR="008769FA" w14:paraId="2451BC14"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FE8E784" w14:textId="77777777" w:rsidR="008769FA" w:rsidRDefault="00000000">
            <w:pPr>
              <w:spacing w:after="0" w:line="252" w:lineRule="auto"/>
            </w:pPr>
            <w:r>
              <w:rPr>
                <w:sz w:val="18"/>
              </w:rPr>
              <w:t>Integrations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50678B6" w14:textId="77777777" w:rsidR="008769FA" w:rsidRDefault="00000000">
            <w:pPr>
              <w:spacing w:after="0" w:line="252" w:lineRule="auto"/>
            </w:pPr>
            <w:r>
              <w:rPr>
                <w:sz w:val="18"/>
              </w:rPr>
              <w:t>[Systems, services or APIs]</w:t>
            </w:r>
          </w:p>
        </w:tc>
      </w:tr>
      <w:tr w:rsidR="008769FA" w14:paraId="33D1768A" w14:textId="77777777">
        <w:tc>
          <w:tcPr>
            <w:tcW w:w="25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EA91C8F" w14:textId="77777777" w:rsidR="008769FA" w:rsidRDefault="00000000">
            <w:pPr>
              <w:spacing w:after="0" w:line="252" w:lineRule="auto"/>
            </w:pPr>
            <w:r>
              <w:rPr>
                <w:sz w:val="18"/>
              </w:rPr>
              <w:t>Target launch</w:t>
            </w:r>
          </w:p>
        </w:tc>
        <w:tc>
          <w:tcPr>
            <w:tcW w:w="68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8B99D39" w14:textId="77777777" w:rsidR="008769FA" w:rsidRDefault="00000000">
            <w:pPr>
              <w:spacing w:after="0" w:line="252" w:lineRule="auto"/>
            </w:pPr>
            <w:r>
              <w:rPr>
                <w:sz w:val="18"/>
              </w:rPr>
              <w:t>[Date / window]</w:t>
            </w:r>
          </w:p>
        </w:tc>
      </w:tr>
      <w:tr w:rsidR="008769FA" w14:paraId="5D0357AA" w14:textId="77777777">
        <w:tc>
          <w:tcPr>
            <w:tcW w:w="25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5BD5604" w14:textId="77777777" w:rsidR="008769FA" w:rsidRDefault="00000000">
            <w:pPr>
              <w:spacing w:after="0" w:line="252" w:lineRule="auto"/>
            </w:pPr>
            <w:r>
              <w:rPr>
                <w:sz w:val="18"/>
              </w:rPr>
              <w:t>Success measures</w:t>
            </w:r>
          </w:p>
        </w:tc>
        <w:tc>
          <w:tcPr>
            <w:tcW w:w="68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B998EAD" w14:textId="77777777" w:rsidR="008769FA" w:rsidRDefault="00000000">
            <w:pPr>
              <w:spacing w:after="0" w:line="252" w:lineRule="auto"/>
            </w:pPr>
            <w:r>
              <w:rPr>
                <w:sz w:val="18"/>
              </w:rPr>
              <w:t>[Leads, sales, adoption, efficiency or service measures]</w:t>
            </w:r>
          </w:p>
        </w:tc>
      </w:tr>
    </w:tbl>
    <w:p w14:paraId="64470646" w14:textId="77777777" w:rsidR="008769FA" w:rsidRDefault="008769FA">
      <w:pPr>
        <w:spacing w:after="20"/>
      </w:pPr>
    </w:p>
    <w:p w14:paraId="13C88C64" w14:textId="77777777" w:rsidR="008769FA" w:rsidRDefault="00000000">
      <w:pPr>
        <w:pStyle w:val="Heading2"/>
      </w:pPr>
      <w:r>
        <w:t>Business Outcomes</w:t>
      </w:r>
    </w:p>
    <w:p w14:paraId="0FBE8D75" w14:textId="77777777" w:rsidR="008769FA" w:rsidRDefault="00000000">
      <w:pPr>
        <w:pStyle w:val="ListBullet"/>
      </w:pPr>
      <w:r>
        <w:t>Create a clear, trustworthy experience aligned with the client brand.</w:t>
      </w:r>
    </w:p>
    <w:p w14:paraId="1C456CAA" w14:textId="77777777" w:rsidR="008769FA" w:rsidRDefault="00000000">
      <w:pPr>
        <w:pStyle w:val="ListBullet"/>
      </w:pPr>
      <w:r>
        <w:t>Make priority journeys easy to complete on desktop, tablet and mobile.</w:t>
      </w:r>
    </w:p>
    <w:p w14:paraId="2E668136" w14:textId="77777777" w:rsidR="008769FA" w:rsidRDefault="00000000">
      <w:pPr>
        <w:pStyle w:val="ListBullet"/>
      </w:pPr>
      <w:r>
        <w:t>Provide practical administration and reporting for authorised users.</w:t>
      </w:r>
    </w:p>
    <w:p w14:paraId="2D77CB16" w14:textId="77777777" w:rsidR="008769FA" w:rsidRDefault="00000000">
      <w:pPr>
        <w:pStyle w:val="ListBullet"/>
      </w:pPr>
      <w:r>
        <w:t>Launch with documented scope, testing, handover and an ongoing support path.</w:t>
      </w:r>
    </w:p>
    <w:p w14:paraId="67B6D5FE" w14:textId="77777777" w:rsidR="008769FA" w:rsidRDefault="00000000">
      <w:r>
        <w:br w:type="page"/>
      </w:r>
    </w:p>
    <w:p w14:paraId="6C3C6AA8" w14:textId="77777777" w:rsidR="008769FA" w:rsidRDefault="00000000">
      <w:pPr>
        <w:pStyle w:val="Heading1"/>
      </w:pPr>
      <w:r>
        <w:lastRenderedPageBreak/>
        <w:t>2. Proposed Solution &amp; Scope</w:t>
      </w:r>
    </w:p>
    <w:p w14:paraId="64D492C2" w14:textId="77777777" w:rsidR="008769FA" w:rsidRDefault="00000000">
      <w:r>
        <w:t>Responsive web is included as the baseline. The detailed scope will be confirmed during discovery and limited to the functions expressly selected in this proposal or an attached statement of work.</w:t>
      </w:r>
    </w:p>
    <w:tbl>
      <w:tblPr>
        <w:tblW w:w="9360" w:type="dxa"/>
        <w:tblInd w:w="120" w:type="dxa"/>
        <w:tblLayout w:type="fixed"/>
        <w:tblLook w:val="04A0" w:firstRow="1" w:lastRow="0" w:firstColumn="1" w:lastColumn="0" w:noHBand="0" w:noVBand="1"/>
      </w:tblPr>
      <w:tblGrid>
        <w:gridCol w:w="2600"/>
        <w:gridCol w:w="6760"/>
      </w:tblGrid>
      <w:tr w:rsidR="008769FA" w14:paraId="3EAEE49D" w14:textId="77777777">
        <w:trPr>
          <w:tblHeader/>
        </w:trPr>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A0F13B0" w14:textId="77777777" w:rsidR="008769FA" w:rsidRDefault="00000000">
            <w:pPr>
              <w:spacing w:after="0"/>
            </w:pPr>
            <w:r>
              <w:rPr>
                <w:b/>
                <w:color w:val="FFFFFF"/>
                <w:sz w:val="18"/>
              </w:rPr>
              <w:t>MODULE</w:t>
            </w:r>
          </w:p>
        </w:tc>
        <w:tc>
          <w:tcPr>
            <w:tcW w:w="67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F732067" w14:textId="77777777" w:rsidR="008769FA" w:rsidRDefault="00000000">
            <w:pPr>
              <w:spacing w:after="0"/>
            </w:pPr>
            <w:r>
              <w:rPr>
                <w:b/>
                <w:color w:val="FFFFFF"/>
                <w:sz w:val="18"/>
              </w:rPr>
              <w:t>PROPOSED CAPABILITY</w:t>
            </w:r>
          </w:p>
        </w:tc>
      </w:tr>
      <w:tr w:rsidR="008769FA" w14:paraId="42BDED51"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68522AA" w14:textId="77777777" w:rsidR="008769FA" w:rsidRDefault="00000000">
            <w:pPr>
              <w:spacing w:after="0" w:line="252" w:lineRule="auto"/>
            </w:pPr>
            <w:r>
              <w:rPr>
                <w:sz w:val="18"/>
              </w:rPr>
              <w:t>Corporate homepage</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C8FC679" w14:textId="77777777" w:rsidR="008769FA" w:rsidRDefault="00000000">
            <w:pPr>
              <w:spacing w:after="0" w:line="252" w:lineRule="auto"/>
            </w:pPr>
            <w:r>
              <w:rPr>
                <w:sz w:val="18"/>
              </w:rPr>
              <w:t>Positioning, priority services, proof points and conversion paths.</w:t>
            </w:r>
          </w:p>
        </w:tc>
      </w:tr>
      <w:tr w:rsidR="008769FA" w14:paraId="60B0E61D"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B4622B5" w14:textId="77777777" w:rsidR="008769FA" w:rsidRDefault="00000000">
            <w:pPr>
              <w:spacing w:after="0" w:line="252" w:lineRule="auto"/>
            </w:pPr>
            <w:r>
              <w:rPr>
                <w:sz w:val="18"/>
              </w:rPr>
              <w:t>Company profile</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CAE2AE9" w14:textId="77777777" w:rsidR="008769FA" w:rsidRDefault="00000000">
            <w:pPr>
              <w:spacing w:after="0" w:line="252" w:lineRule="auto"/>
            </w:pPr>
            <w:r>
              <w:rPr>
                <w:sz w:val="18"/>
              </w:rPr>
              <w:t>About, leadership, values, history and locations.</w:t>
            </w:r>
          </w:p>
        </w:tc>
      </w:tr>
      <w:tr w:rsidR="008769FA" w14:paraId="1E1FE481"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D78CC96" w14:textId="77777777" w:rsidR="008769FA" w:rsidRDefault="00000000">
            <w:pPr>
              <w:spacing w:after="0" w:line="252" w:lineRule="auto"/>
            </w:pPr>
            <w:r>
              <w:rPr>
                <w:sz w:val="18"/>
              </w:rPr>
              <w:t>Services / solutions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E4D7F78" w14:textId="77777777" w:rsidR="008769FA" w:rsidRDefault="00000000">
            <w:pPr>
              <w:spacing w:after="0" w:line="252" w:lineRule="auto"/>
            </w:pPr>
            <w:r>
              <w:rPr>
                <w:sz w:val="18"/>
              </w:rPr>
              <w:t>Structured service pages with benefit-led content and enquiries.</w:t>
            </w:r>
          </w:p>
        </w:tc>
      </w:tr>
      <w:tr w:rsidR="008769FA" w14:paraId="711577D4"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88DEE66" w14:textId="77777777" w:rsidR="008769FA" w:rsidRDefault="00000000">
            <w:pPr>
              <w:spacing w:after="0" w:line="252" w:lineRule="auto"/>
            </w:pPr>
            <w:r>
              <w:rPr>
                <w:sz w:val="18"/>
              </w:rPr>
              <w:t>Projects / case studies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7FF881D" w14:textId="77777777" w:rsidR="008769FA" w:rsidRDefault="00000000">
            <w:pPr>
              <w:spacing w:after="0" w:line="252" w:lineRule="auto"/>
            </w:pPr>
            <w:r>
              <w:rPr>
                <w:sz w:val="18"/>
              </w:rPr>
              <w:t>Evidence of capability, outcomes and sector experience.</w:t>
            </w:r>
          </w:p>
        </w:tc>
      </w:tr>
      <w:tr w:rsidR="008769FA" w14:paraId="38EAB1DF"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FA3022A" w14:textId="77777777" w:rsidR="008769FA" w:rsidRDefault="00000000">
            <w:pPr>
              <w:spacing w:after="0" w:line="252" w:lineRule="auto"/>
            </w:pPr>
            <w:r>
              <w:rPr>
                <w:sz w:val="18"/>
              </w:rPr>
              <w:t>News / insights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B96F2BB" w14:textId="77777777" w:rsidR="008769FA" w:rsidRDefault="00000000">
            <w:pPr>
              <w:spacing w:after="0" w:line="252" w:lineRule="auto"/>
            </w:pPr>
            <w:r>
              <w:rPr>
                <w:sz w:val="18"/>
              </w:rPr>
              <w:t>CMS-managed articles, announcements and thought leadership.</w:t>
            </w:r>
          </w:p>
        </w:tc>
      </w:tr>
      <w:tr w:rsidR="008769FA" w14:paraId="5A7FEBC9"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EB68BDC" w14:textId="77777777" w:rsidR="008769FA" w:rsidRDefault="00000000">
            <w:pPr>
              <w:spacing w:after="0" w:line="252" w:lineRule="auto"/>
            </w:pPr>
            <w:r>
              <w:rPr>
                <w:sz w:val="18"/>
              </w:rPr>
              <w:t>Careers</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C203436" w14:textId="77777777" w:rsidR="008769FA" w:rsidRDefault="00000000">
            <w:pPr>
              <w:spacing w:after="0" w:line="252" w:lineRule="auto"/>
            </w:pPr>
            <w:r>
              <w:rPr>
                <w:sz w:val="18"/>
              </w:rPr>
              <w:t>Vacancies, culture content and applicant routing.</w:t>
            </w:r>
          </w:p>
        </w:tc>
      </w:tr>
      <w:tr w:rsidR="008769FA" w14:paraId="3BB42B63" w14:textId="77777777">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88554A2" w14:textId="77777777" w:rsidR="008769FA" w:rsidRDefault="00000000">
            <w:pPr>
              <w:spacing w:after="0" w:line="252" w:lineRule="auto"/>
            </w:pPr>
            <w:r>
              <w:rPr>
                <w:sz w:val="18"/>
              </w:rPr>
              <w:t>Contact &amp; locations</w:t>
            </w:r>
          </w:p>
        </w:tc>
        <w:tc>
          <w:tcPr>
            <w:tcW w:w="67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0CCA28" w14:textId="77777777" w:rsidR="008769FA" w:rsidRDefault="00000000">
            <w:pPr>
              <w:spacing w:after="0" w:line="252" w:lineRule="auto"/>
            </w:pPr>
            <w:r>
              <w:rPr>
                <w:sz w:val="18"/>
              </w:rPr>
              <w:t>Forms, maps, contact channels and departmental routing.</w:t>
            </w:r>
          </w:p>
        </w:tc>
      </w:tr>
      <w:tr w:rsidR="008769FA" w14:paraId="4AFAEEE7" w14:textId="77777777">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9F13A0D" w14:textId="77777777" w:rsidR="008769FA" w:rsidRDefault="00000000">
            <w:pPr>
              <w:spacing w:after="0" w:line="252" w:lineRule="auto"/>
            </w:pPr>
            <w:r>
              <w:rPr>
                <w:sz w:val="18"/>
              </w:rPr>
              <w:t>Administration</w:t>
            </w:r>
          </w:p>
        </w:tc>
        <w:tc>
          <w:tcPr>
            <w:tcW w:w="67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4CCA56" w14:textId="77777777" w:rsidR="008769FA" w:rsidRDefault="00000000">
            <w:pPr>
              <w:spacing w:after="0" w:line="252" w:lineRule="auto"/>
            </w:pPr>
            <w:r>
              <w:rPr>
                <w:sz w:val="18"/>
              </w:rPr>
              <w:t>Role-based CMS access for approved content managers.</w:t>
            </w:r>
          </w:p>
        </w:tc>
      </w:tr>
    </w:tbl>
    <w:p w14:paraId="17ABED76" w14:textId="77777777" w:rsidR="008769FA" w:rsidRDefault="008769FA">
      <w:pPr>
        <w:spacing w:after="20"/>
      </w:pPr>
    </w:p>
    <w:p w14:paraId="39C17DAB" w14:textId="77777777" w:rsidR="008769FA" w:rsidRDefault="00000000">
      <w:pPr>
        <w:pStyle w:val="Heading2"/>
      </w:pPr>
      <w:r>
        <w:t>Scope Configuration</w:t>
      </w:r>
    </w:p>
    <w:tbl>
      <w:tblPr>
        <w:tblW w:w="9360" w:type="dxa"/>
        <w:tblInd w:w="120" w:type="dxa"/>
        <w:tblLayout w:type="fixed"/>
        <w:tblLook w:val="04A0" w:firstRow="1" w:lastRow="0" w:firstColumn="1" w:lastColumn="0" w:noHBand="0" w:noVBand="1"/>
      </w:tblPr>
      <w:tblGrid>
        <w:gridCol w:w="2900"/>
        <w:gridCol w:w="6460"/>
      </w:tblGrid>
      <w:tr w:rsidR="008769FA" w14:paraId="4F171A9B"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EFECCA2" w14:textId="77777777" w:rsidR="008769FA" w:rsidRDefault="00000000">
            <w:pPr>
              <w:spacing w:after="0"/>
            </w:pPr>
            <w:r>
              <w:rPr>
                <w:b/>
                <w:color w:val="FFFFFF"/>
                <w:sz w:val="18"/>
              </w:rPr>
              <w:t>ITEM</w:t>
            </w:r>
          </w:p>
        </w:tc>
        <w:tc>
          <w:tcPr>
            <w:tcW w:w="6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FFD2F95" w14:textId="77777777" w:rsidR="008769FA" w:rsidRDefault="00000000">
            <w:pPr>
              <w:spacing w:after="0"/>
            </w:pPr>
            <w:r>
              <w:rPr>
                <w:b/>
                <w:color w:val="FFFFFF"/>
                <w:sz w:val="18"/>
              </w:rPr>
              <w:t>SELECTION</w:t>
            </w:r>
          </w:p>
        </w:tc>
      </w:tr>
      <w:tr w:rsidR="008769FA" w14:paraId="202AD8A1"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647DFB" w14:textId="77777777" w:rsidR="008769FA" w:rsidRDefault="00000000">
            <w:pPr>
              <w:spacing w:after="0" w:line="252" w:lineRule="auto"/>
            </w:pPr>
            <w:r>
              <w:rPr>
                <w:sz w:val="18"/>
              </w:rPr>
              <w:t>Selected tier</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E41DF92" w14:textId="77777777" w:rsidR="008769FA" w:rsidRDefault="00000000">
            <w:pPr>
              <w:spacing w:after="0" w:line="252" w:lineRule="auto"/>
            </w:pPr>
            <w:r>
              <w:rPr>
                <w:sz w:val="18"/>
              </w:rPr>
              <w:t>[SELECT TIER]</w:t>
            </w:r>
          </w:p>
        </w:tc>
      </w:tr>
      <w:tr w:rsidR="008769FA" w14:paraId="01399163"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6C5643E" w14:textId="77777777" w:rsidR="008769FA" w:rsidRDefault="00000000">
            <w:pPr>
              <w:spacing w:after="0" w:line="252" w:lineRule="auto"/>
            </w:pPr>
            <w:r>
              <w:rPr>
                <w:sz w:val="18"/>
              </w:rPr>
              <w:t>Included modules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DA36A7F" w14:textId="77777777" w:rsidR="008769FA" w:rsidRDefault="00000000">
            <w:pPr>
              <w:spacing w:after="0" w:line="252" w:lineRule="auto"/>
            </w:pPr>
            <w:r>
              <w:rPr>
                <w:sz w:val="18"/>
              </w:rPr>
              <w:t>[LIST]</w:t>
            </w:r>
          </w:p>
        </w:tc>
      </w:tr>
      <w:tr w:rsidR="008769FA" w14:paraId="0E61CFC1"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88B3133" w14:textId="77777777" w:rsidR="008769FA" w:rsidRDefault="00000000">
            <w:pPr>
              <w:spacing w:after="0" w:line="252" w:lineRule="auto"/>
            </w:pPr>
            <w:r>
              <w:rPr>
                <w:sz w:val="18"/>
              </w:rPr>
              <w:t>Number of pages / workflows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EB27C7" w14:textId="77777777" w:rsidR="008769FA" w:rsidRDefault="00000000">
            <w:pPr>
              <w:spacing w:after="0" w:line="252" w:lineRule="auto"/>
            </w:pPr>
            <w:r>
              <w:rPr>
                <w:sz w:val="18"/>
              </w:rPr>
              <w:t>[##]</w:t>
            </w:r>
          </w:p>
        </w:tc>
      </w:tr>
      <w:tr w:rsidR="008769FA" w14:paraId="72522354"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96BE1C3" w14:textId="77777777" w:rsidR="008769FA" w:rsidRDefault="00000000">
            <w:pPr>
              <w:spacing w:after="0" w:line="252" w:lineRule="auto"/>
            </w:pPr>
            <w:r>
              <w:rPr>
                <w:sz w:val="18"/>
              </w:rPr>
              <w:t>User roles</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AC0D257" w14:textId="77777777" w:rsidR="008769FA" w:rsidRDefault="00000000">
            <w:pPr>
              <w:spacing w:after="0" w:line="252" w:lineRule="auto"/>
            </w:pPr>
            <w:r>
              <w:rPr>
                <w:sz w:val="18"/>
              </w:rPr>
              <w:t>[LIST / N/A]</w:t>
            </w:r>
          </w:p>
        </w:tc>
      </w:tr>
      <w:tr w:rsidR="008769FA" w14:paraId="5503C353"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422318B" w14:textId="77777777" w:rsidR="008769FA" w:rsidRDefault="00000000">
            <w:pPr>
              <w:spacing w:after="0" w:line="252" w:lineRule="auto"/>
            </w:pPr>
            <w:r>
              <w:rPr>
                <w:sz w:val="18"/>
              </w:rPr>
              <w:t>Integrations</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ED38E38" w14:textId="77777777" w:rsidR="008769FA" w:rsidRDefault="00000000">
            <w:pPr>
              <w:spacing w:after="0" w:line="252" w:lineRule="auto"/>
            </w:pPr>
            <w:r>
              <w:rPr>
                <w:sz w:val="18"/>
              </w:rPr>
              <w:t>[LIST / NONE]</w:t>
            </w:r>
          </w:p>
        </w:tc>
      </w:tr>
      <w:tr w:rsidR="008769FA" w14:paraId="2DAF9AE6"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C691DD9" w14:textId="77777777" w:rsidR="008769FA" w:rsidRDefault="00000000">
            <w:pPr>
              <w:spacing w:after="0" w:line="252" w:lineRule="auto"/>
            </w:pPr>
            <w:r>
              <w:rPr>
                <w:sz w:val="18"/>
              </w:rPr>
              <w:t>Content/data migration</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AAC761" w14:textId="77777777" w:rsidR="008769FA" w:rsidRDefault="00000000">
            <w:pPr>
              <w:spacing w:after="0" w:line="252" w:lineRule="auto"/>
            </w:pPr>
            <w:r>
              <w:rPr>
                <w:sz w:val="18"/>
              </w:rPr>
              <w:t>[DETAIL / NONE]</w:t>
            </w:r>
          </w:p>
        </w:tc>
      </w:tr>
      <w:tr w:rsidR="008769FA" w14:paraId="18C70E16"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4D6280B" w14:textId="77777777" w:rsidR="008769FA" w:rsidRDefault="00000000">
            <w:pPr>
              <w:spacing w:after="0" w:line="252" w:lineRule="auto"/>
            </w:pPr>
            <w:r>
              <w:rPr>
                <w:sz w:val="18"/>
              </w:rPr>
              <w:t>Hosting</w:t>
            </w:r>
          </w:p>
        </w:tc>
        <w:tc>
          <w:tcPr>
            <w:tcW w:w="6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6CB1A91" w14:textId="77777777" w:rsidR="008769FA" w:rsidRDefault="00000000">
            <w:pPr>
              <w:spacing w:after="0" w:line="252" w:lineRule="auto"/>
            </w:pPr>
            <w:r>
              <w:rPr>
                <w:sz w:val="18"/>
              </w:rPr>
              <w:t>[SELECT OPTION]</w:t>
            </w:r>
          </w:p>
        </w:tc>
      </w:tr>
      <w:tr w:rsidR="008769FA" w14:paraId="2B0F20A9"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7741A91" w14:textId="77777777" w:rsidR="008769FA" w:rsidRDefault="00000000">
            <w:pPr>
              <w:spacing w:after="0" w:line="252" w:lineRule="auto"/>
            </w:pPr>
            <w:r>
              <w:rPr>
                <w:sz w:val="18"/>
              </w:rPr>
              <w:t>Support</w:t>
            </w:r>
          </w:p>
        </w:tc>
        <w:tc>
          <w:tcPr>
            <w:tcW w:w="6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C2BE579" w14:textId="77777777" w:rsidR="008769FA" w:rsidRDefault="00000000">
            <w:pPr>
              <w:spacing w:after="0" w:line="252" w:lineRule="auto"/>
            </w:pPr>
            <w:r>
              <w:rPr>
                <w:sz w:val="18"/>
              </w:rPr>
              <w:t>[SELECT PLAN]</w:t>
            </w:r>
          </w:p>
        </w:tc>
      </w:tr>
    </w:tbl>
    <w:p w14:paraId="7E64B4BB" w14:textId="77777777" w:rsidR="008769FA" w:rsidRDefault="008769FA">
      <w:pPr>
        <w:spacing w:after="20"/>
      </w:pPr>
    </w:p>
    <w:p w14:paraId="787652C1" w14:textId="77777777" w:rsidR="008769FA" w:rsidRDefault="00000000">
      <w:r>
        <w:br w:type="page"/>
      </w:r>
    </w:p>
    <w:p w14:paraId="6E51BACF" w14:textId="77777777" w:rsidR="008769FA" w:rsidRDefault="00000000">
      <w:pPr>
        <w:pStyle w:val="Heading1"/>
      </w:pPr>
      <w:r>
        <w:lastRenderedPageBreak/>
        <w:t>3. Package Options</w:t>
      </w:r>
    </w:p>
    <w:p w14:paraId="50788B6A" w14:textId="77777777" w:rsidR="008769FA" w:rsidRDefault="00000000">
      <w:r>
        <w:t>Select one starting tier and tailor it through the scope schedule. Package names describe delivery depth; final inclusions are governed by the signed scope.</w:t>
      </w:r>
    </w:p>
    <w:tbl>
      <w:tblPr>
        <w:tblW w:w="9360" w:type="dxa"/>
        <w:tblInd w:w="120" w:type="dxa"/>
        <w:tblLayout w:type="fixed"/>
        <w:tblLook w:val="04A0" w:firstRow="1" w:lastRow="0" w:firstColumn="1" w:lastColumn="0" w:noHBand="0" w:noVBand="1"/>
      </w:tblPr>
      <w:tblGrid>
        <w:gridCol w:w="2100"/>
        <w:gridCol w:w="6200"/>
        <w:gridCol w:w="1060"/>
      </w:tblGrid>
      <w:tr w:rsidR="008769FA" w14:paraId="7ED80FF3" w14:textId="77777777">
        <w:trPr>
          <w:tblHeader/>
        </w:trPr>
        <w:tc>
          <w:tcPr>
            <w:tcW w:w="2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B8930DC" w14:textId="77777777" w:rsidR="008769FA" w:rsidRDefault="00000000">
            <w:pPr>
              <w:spacing w:after="0"/>
            </w:pPr>
            <w:r>
              <w:rPr>
                <w:b/>
                <w:color w:val="FFFFFF"/>
                <w:sz w:val="17"/>
              </w:rPr>
              <w:t>PACKAGE</w:t>
            </w:r>
          </w:p>
        </w:tc>
        <w:tc>
          <w:tcPr>
            <w:tcW w:w="6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924291D" w14:textId="77777777" w:rsidR="008769FA" w:rsidRDefault="00000000">
            <w:pPr>
              <w:spacing w:after="0"/>
            </w:pPr>
            <w:r>
              <w:rPr>
                <w:b/>
                <w:color w:val="FFFFFF"/>
                <w:sz w:val="17"/>
              </w:rPr>
              <w:t>DELIVERY PROFILE</w:t>
            </w:r>
          </w:p>
        </w:tc>
        <w:tc>
          <w:tcPr>
            <w:tcW w:w="1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B49F210" w14:textId="77777777" w:rsidR="008769FA" w:rsidRDefault="00000000">
            <w:pPr>
              <w:spacing w:after="0"/>
            </w:pPr>
            <w:r>
              <w:rPr>
                <w:b/>
                <w:color w:val="FFFFFF"/>
                <w:sz w:val="17"/>
              </w:rPr>
              <w:t>SELECT</w:t>
            </w:r>
          </w:p>
        </w:tc>
      </w:tr>
      <w:tr w:rsidR="008769FA" w14:paraId="64B65B5C"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1E8C9B3" w14:textId="77777777" w:rsidR="008769FA" w:rsidRDefault="00000000">
            <w:pPr>
              <w:spacing w:after="0" w:line="252" w:lineRule="auto"/>
            </w:pPr>
            <w:r>
              <w:rPr>
                <w:sz w:val="16"/>
              </w:rPr>
              <w:t>Corporate Essential</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A8EAB93" w14:textId="77777777" w:rsidR="008769FA" w:rsidRDefault="00000000">
            <w:pPr>
              <w:spacing w:after="0" w:line="252" w:lineRule="auto"/>
            </w:pPr>
            <w:r>
              <w:rPr>
                <w:sz w:val="16"/>
              </w:rPr>
              <w:t>Up to [##] pages, responsive design, enquiry form and core company content.</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E58EE2E" w14:textId="77777777" w:rsidR="008769FA" w:rsidRDefault="00000000">
            <w:pPr>
              <w:spacing w:after="0" w:line="252" w:lineRule="auto"/>
            </w:pPr>
            <w:r>
              <w:rPr>
                <w:sz w:val="16"/>
              </w:rPr>
              <w:t>[ ]</w:t>
            </w:r>
          </w:p>
        </w:tc>
      </w:tr>
      <w:tr w:rsidR="008769FA" w14:paraId="251A0A28" w14:textId="77777777">
        <w:tc>
          <w:tcPr>
            <w:tcW w:w="2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2DBD3FB" w14:textId="77777777" w:rsidR="008769FA" w:rsidRDefault="00000000">
            <w:pPr>
              <w:spacing w:after="0" w:line="252" w:lineRule="auto"/>
            </w:pPr>
            <w:r>
              <w:rPr>
                <w:sz w:val="16"/>
              </w:rPr>
              <w:t>Corporate Growth</w:t>
            </w:r>
          </w:p>
        </w:tc>
        <w:tc>
          <w:tcPr>
            <w:tcW w:w="6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6600BD2" w14:textId="77777777" w:rsidR="008769FA" w:rsidRDefault="00000000">
            <w:pPr>
              <w:spacing w:after="0" w:line="252" w:lineRule="auto"/>
            </w:pPr>
            <w:r>
              <w:rPr>
                <w:sz w:val="16"/>
              </w:rPr>
              <w:t>Expanded service pages, CMS, case studies/news, careers and analytics.</w:t>
            </w:r>
          </w:p>
        </w:tc>
        <w:tc>
          <w:tcPr>
            <w:tcW w:w="1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B21D47" w14:textId="77777777" w:rsidR="008769FA" w:rsidRDefault="00000000">
            <w:pPr>
              <w:spacing w:after="0" w:line="252" w:lineRule="auto"/>
            </w:pPr>
            <w:r>
              <w:rPr>
                <w:sz w:val="16"/>
              </w:rPr>
              <w:t>[ ]</w:t>
            </w:r>
          </w:p>
        </w:tc>
      </w:tr>
      <w:tr w:rsidR="008769FA" w14:paraId="7006714C" w14:textId="77777777">
        <w:tc>
          <w:tcPr>
            <w:tcW w:w="2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3046071" w14:textId="77777777" w:rsidR="008769FA" w:rsidRDefault="00000000">
            <w:pPr>
              <w:spacing w:after="0" w:line="252" w:lineRule="auto"/>
            </w:pPr>
            <w:r>
              <w:rPr>
                <w:sz w:val="16"/>
              </w:rPr>
              <w:t>Corporate Enterprise</w:t>
            </w:r>
          </w:p>
        </w:tc>
        <w:tc>
          <w:tcPr>
            <w:tcW w:w="6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9F4CCEF" w14:textId="77777777" w:rsidR="008769FA" w:rsidRDefault="00000000">
            <w:pPr>
              <w:spacing w:after="0" w:line="252" w:lineRule="auto"/>
            </w:pPr>
            <w:r>
              <w:rPr>
                <w:sz w:val="16"/>
              </w:rPr>
              <w:t>Multilingual or multi-location architecture, integrations, advanced governance and security options.</w:t>
            </w:r>
          </w:p>
        </w:tc>
        <w:tc>
          <w:tcPr>
            <w:tcW w:w="1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F66A64C" w14:textId="77777777" w:rsidR="008769FA" w:rsidRDefault="00000000">
            <w:pPr>
              <w:spacing w:after="0" w:line="252" w:lineRule="auto"/>
            </w:pPr>
            <w:r>
              <w:rPr>
                <w:sz w:val="16"/>
              </w:rPr>
              <w:t>[ ]</w:t>
            </w:r>
          </w:p>
        </w:tc>
      </w:tr>
    </w:tbl>
    <w:p w14:paraId="42355996" w14:textId="77777777" w:rsidR="008769FA" w:rsidRDefault="008769FA">
      <w:pPr>
        <w:spacing w:after="20"/>
      </w:pPr>
    </w:p>
    <w:p w14:paraId="13BA9567" w14:textId="77777777" w:rsidR="008769FA" w:rsidRDefault="00000000">
      <w:pPr>
        <w:pStyle w:val="Heading2"/>
      </w:pPr>
      <w:r>
        <w:t>Optional Add-ons</w:t>
      </w:r>
    </w:p>
    <w:p w14:paraId="780255F3" w14:textId="77777777" w:rsidR="008769FA" w:rsidRDefault="00000000">
      <w:pPr>
        <w:pStyle w:val="ListBullet"/>
      </w:pPr>
      <w:r>
        <w:t>Professional content writing</w:t>
      </w:r>
    </w:p>
    <w:p w14:paraId="0CA83AB3" w14:textId="77777777" w:rsidR="008769FA" w:rsidRDefault="00000000">
      <w:pPr>
        <w:pStyle w:val="ListBullet"/>
      </w:pPr>
      <w:r>
        <w:t>SEO strategy and content</w:t>
      </w:r>
    </w:p>
    <w:p w14:paraId="2CE09C67" w14:textId="77777777" w:rsidR="008769FA" w:rsidRDefault="00000000">
      <w:pPr>
        <w:pStyle w:val="ListBullet"/>
      </w:pPr>
      <w:r>
        <w:t>Photography, images and graphics</w:t>
      </w:r>
    </w:p>
    <w:p w14:paraId="3FDCD7CF" w14:textId="77777777" w:rsidR="008769FA" w:rsidRDefault="00000000">
      <w:pPr>
        <w:pStyle w:val="ListBullet"/>
      </w:pPr>
      <w:r>
        <w:t>Logo refresh and brand guidelines</w:t>
      </w:r>
    </w:p>
    <w:p w14:paraId="1650097A" w14:textId="77777777" w:rsidR="008769FA" w:rsidRDefault="00000000">
      <w:pPr>
        <w:pStyle w:val="ListBullet"/>
      </w:pPr>
      <w:r>
        <w:t>Multilingual publishing</w:t>
      </w:r>
    </w:p>
    <w:p w14:paraId="178848AB" w14:textId="77777777" w:rsidR="008769FA" w:rsidRDefault="00000000">
      <w:pPr>
        <w:pStyle w:val="ListBullet"/>
      </w:pPr>
      <w:r>
        <w:t>Live chat or AI assistant</w:t>
      </w:r>
    </w:p>
    <w:p w14:paraId="62587633" w14:textId="77777777" w:rsidR="008769FA" w:rsidRDefault="00000000">
      <w:pPr>
        <w:pStyle w:val="ListBullet"/>
      </w:pPr>
      <w:r>
        <w:t>CRM/marketing integration</w:t>
      </w:r>
    </w:p>
    <w:p w14:paraId="76BB7790" w14:textId="77777777" w:rsidR="008769FA" w:rsidRDefault="00000000">
      <w:pPr>
        <w:pStyle w:val="ListBullet"/>
      </w:pPr>
      <w:r>
        <w:t>PWA or mobile companion</w:t>
      </w:r>
    </w:p>
    <w:p w14:paraId="10E6C4E1" w14:textId="77777777" w:rsidR="008769FA" w:rsidRDefault="00000000">
      <w:pPr>
        <w:pStyle w:val="ListBullet"/>
      </w:pPr>
      <w:r>
        <w:t>Domain, email and managed/cloud hosting</w:t>
      </w:r>
    </w:p>
    <w:p w14:paraId="001B9F12" w14:textId="77777777" w:rsidR="008769FA" w:rsidRDefault="00000000">
      <w:pPr>
        <w:pStyle w:val="Heading2"/>
      </w:pPr>
      <w:r>
        <w:t>Selected Add-ons</w:t>
      </w:r>
    </w:p>
    <w:tbl>
      <w:tblPr>
        <w:tblW w:w="9360" w:type="dxa"/>
        <w:tblInd w:w="120" w:type="dxa"/>
        <w:tblLayout w:type="fixed"/>
        <w:tblLook w:val="04A0" w:firstRow="1" w:lastRow="0" w:firstColumn="1" w:lastColumn="0" w:noHBand="0" w:noVBand="1"/>
      </w:tblPr>
      <w:tblGrid>
        <w:gridCol w:w="2300"/>
        <w:gridCol w:w="5000"/>
        <w:gridCol w:w="2060"/>
      </w:tblGrid>
      <w:tr w:rsidR="008769FA" w14:paraId="7336A407" w14:textId="77777777">
        <w:trPr>
          <w:tblHeader/>
        </w:trPr>
        <w:tc>
          <w:tcPr>
            <w:tcW w:w="2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EB212E9" w14:textId="77777777" w:rsidR="008769FA" w:rsidRDefault="00000000">
            <w:pPr>
              <w:spacing w:after="0"/>
            </w:pPr>
            <w:r>
              <w:rPr>
                <w:b/>
                <w:color w:val="FFFFFF"/>
                <w:sz w:val="18"/>
              </w:rPr>
              <w:t>ADD-ON</w:t>
            </w:r>
          </w:p>
        </w:tc>
        <w:tc>
          <w:tcPr>
            <w:tcW w:w="50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508C5647" w14:textId="77777777" w:rsidR="008769FA" w:rsidRDefault="00000000">
            <w:pPr>
              <w:spacing w:after="0"/>
            </w:pPr>
            <w:r>
              <w:rPr>
                <w:b/>
                <w:color w:val="FFFFFF"/>
                <w:sz w:val="18"/>
              </w:rPr>
              <w:t>AGREED DETAIL</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2D6BDA8" w14:textId="77777777" w:rsidR="008769FA" w:rsidRDefault="00000000">
            <w:pPr>
              <w:spacing w:after="0"/>
            </w:pPr>
            <w:r>
              <w:rPr>
                <w:b/>
                <w:color w:val="FFFFFF"/>
                <w:sz w:val="18"/>
              </w:rPr>
              <w:t>INVESTMENT</w:t>
            </w:r>
          </w:p>
        </w:tc>
      </w:tr>
      <w:tr w:rsidR="008769FA" w14:paraId="6CD7B074"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23FA41F" w14:textId="77777777" w:rsidR="008769FA" w:rsidRDefault="00000000">
            <w:pPr>
              <w:spacing w:after="0" w:line="252" w:lineRule="auto"/>
            </w:pPr>
            <w:r>
              <w:rPr>
                <w:sz w:val="18"/>
              </w:rPr>
              <w:t>[ADD-ON 1]</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E87EB3E" w14:textId="77777777" w:rsidR="008769FA"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F5862EB" w14:textId="77777777" w:rsidR="008769FA" w:rsidRDefault="00000000">
            <w:pPr>
              <w:spacing w:after="0" w:line="252" w:lineRule="auto"/>
            </w:pPr>
            <w:r>
              <w:rPr>
                <w:sz w:val="18"/>
              </w:rPr>
              <w:t>[CUR 0.00]</w:t>
            </w:r>
          </w:p>
        </w:tc>
      </w:tr>
      <w:tr w:rsidR="008769FA" w14:paraId="2404B3C4" w14:textId="77777777">
        <w:tc>
          <w:tcPr>
            <w:tcW w:w="2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9993F3D" w14:textId="77777777" w:rsidR="008769FA" w:rsidRDefault="00000000">
            <w:pPr>
              <w:spacing w:after="0" w:line="252" w:lineRule="auto"/>
            </w:pPr>
            <w:r>
              <w:rPr>
                <w:sz w:val="18"/>
              </w:rPr>
              <w:t>[ADD-ON 2]</w:t>
            </w:r>
          </w:p>
        </w:tc>
        <w:tc>
          <w:tcPr>
            <w:tcW w:w="50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71BCC9E" w14:textId="77777777" w:rsidR="008769FA"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085B1DA" w14:textId="77777777" w:rsidR="008769FA" w:rsidRDefault="00000000">
            <w:pPr>
              <w:spacing w:after="0" w:line="252" w:lineRule="auto"/>
            </w:pPr>
            <w:r>
              <w:rPr>
                <w:sz w:val="18"/>
              </w:rPr>
              <w:t>[CUR 0.00]</w:t>
            </w:r>
          </w:p>
        </w:tc>
      </w:tr>
      <w:tr w:rsidR="008769FA" w14:paraId="3FCB7420" w14:textId="77777777">
        <w:tc>
          <w:tcPr>
            <w:tcW w:w="2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3712930" w14:textId="77777777" w:rsidR="008769FA" w:rsidRDefault="00000000">
            <w:pPr>
              <w:spacing w:after="0" w:line="252" w:lineRule="auto"/>
            </w:pPr>
            <w:r>
              <w:rPr>
                <w:sz w:val="18"/>
              </w:rPr>
              <w:t>[ADD-ON 3]</w:t>
            </w:r>
          </w:p>
        </w:tc>
        <w:tc>
          <w:tcPr>
            <w:tcW w:w="50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7460A9E" w14:textId="77777777" w:rsidR="008769FA" w:rsidRDefault="00000000">
            <w:pPr>
              <w:spacing w:after="0" w:line="252" w:lineRule="auto"/>
            </w:pPr>
            <w:r>
              <w:rPr>
                <w:sz w:val="18"/>
              </w:rPr>
              <w:t>[SCOPE / QUANTITY]</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512080C" w14:textId="77777777" w:rsidR="008769FA" w:rsidRDefault="00000000">
            <w:pPr>
              <w:spacing w:after="0" w:line="252" w:lineRule="auto"/>
            </w:pPr>
            <w:r>
              <w:rPr>
                <w:sz w:val="18"/>
              </w:rPr>
              <w:t>[CUR 0.00]</w:t>
            </w:r>
          </w:p>
        </w:tc>
      </w:tr>
    </w:tbl>
    <w:p w14:paraId="7B32B934" w14:textId="77777777" w:rsidR="008769FA" w:rsidRDefault="008769FA">
      <w:pPr>
        <w:spacing w:after="20"/>
      </w:pPr>
    </w:p>
    <w:p w14:paraId="63F7E7F7" w14:textId="77777777" w:rsidR="008769FA" w:rsidRDefault="00000000">
      <w:r>
        <w:br w:type="page"/>
      </w:r>
    </w:p>
    <w:p w14:paraId="388AD41C" w14:textId="77777777" w:rsidR="008769FA" w:rsidRDefault="00000000">
      <w:pPr>
        <w:pStyle w:val="Heading1"/>
      </w:pPr>
      <w:r>
        <w:lastRenderedPageBreak/>
        <w:t>4. Delivery Methodology</w:t>
      </w:r>
    </w:p>
    <w:tbl>
      <w:tblPr>
        <w:tblW w:w="9360" w:type="dxa"/>
        <w:tblInd w:w="120" w:type="dxa"/>
        <w:tblLayout w:type="fixed"/>
        <w:tblLook w:val="04A0" w:firstRow="1" w:lastRow="0" w:firstColumn="1" w:lastColumn="0" w:noHBand="0" w:noVBand="1"/>
      </w:tblPr>
      <w:tblGrid>
        <w:gridCol w:w="1700"/>
        <w:gridCol w:w="5100"/>
        <w:gridCol w:w="2560"/>
      </w:tblGrid>
      <w:tr w:rsidR="008769FA" w14:paraId="28565AB8" w14:textId="77777777">
        <w:trPr>
          <w:tblHeader/>
        </w:trPr>
        <w:tc>
          <w:tcPr>
            <w:tcW w:w="17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0F806CC" w14:textId="77777777" w:rsidR="008769FA" w:rsidRDefault="00000000">
            <w:pPr>
              <w:spacing w:after="0"/>
            </w:pPr>
            <w:r>
              <w:rPr>
                <w:b/>
                <w:color w:val="FFFFFF"/>
                <w:sz w:val="17"/>
              </w:rPr>
              <w:t>STAGE</w:t>
            </w:r>
          </w:p>
        </w:tc>
        <w:tc>
          <w:tcPr>
            <w:tcW w:w="51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62984AC" w14:textId="77777777" w:rsidR="008769FA" w:rsidRDefault="00000000">
            <w:pPr>
              <w:spacing w:after="0"/>
            </w:pPr>
            <w:r>
              <w:rPr>
                <w:b/>
                <w:color w:val="FFFFFF"/>
                <w:sz w:val="17"/>
              </w:rPr>
              <w:t>PURPOSE</w:t>
            </w:r>
          </w:p>
        </w:tc>
        <w:tc>
          <w:tcPr>
            <w:tcW w:w="25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1D375AF" w14:textId="77777777" w:rsidR="008769FA" w:rsidRDefault="00000000">
            <w:pPr>
              <w:spacing w:after="0"/>
            </w:pPr>
            <w:r>
              <w:rPr>
                <w:b/>
                <w:color w:val="FFFFFF"/>
                <w:sz w:val="17"/>
              </w:rPr>
              <w:t>APPROVAL / OUTPUT</w:t>
            </w:r>
          </w:p>
        </w:tc>
      </w:tr>
      <w:tr w:rsidR="008769FA" w14:paraId="65A3518B"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3E31BC4" w14:textId="77777777" w:rsidR="008769FA" w:rsidRDefault="00000000">
            <w:pPr>
              <w:spacing w:after="0" w:line="252" w:lineRule="auto"/>
            </w:pPr>
            <w:r>
              <w:rPr>
                <w:sz w:val="16"/>
              </w:rPr>
              <w:t>Discovery</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AACED4C" w14:textId="77777777" w:rsidR="008769FA" w:rsidRDefault="00000000">
            <w:pPr>
              <w:spacing w:after="0" w:line="252" w:lineRule="auto"/>
            </w:pPr>
            <w:r>
              <w:rPr>
                <w:sz w:val="16"/>
              </w:rPr>
              <w:t>Confirm objectives, users, scope, content/data, dependencies and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7182DD7" w14:textId="77777777" w:rsidR="008769FA" w:rsidRDefault="00000000">
            <w:pPr>
              <w:spacing w:after="0" w:line="252" w:lineRule="auto"/>
            </w:pPr>
            <w:r>
              <w:rPr>
                <w:sz w:val="16"/>
              </w:rPr>
              <w:t>Agreed scope baseline</w:t>
            </w:r>
          </w:p>
        </w:tc>
      </w:tr>
      <w:tr w:rsidR="008769FA" w14:paraId="1B08CA2E"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57C236D" w14:textId="77777777" w:rsidR="008769FA" w:rsidRDefault="00000000">
            <w:pPr>
              <w:spacing w:after="0" w:line="252" w:lineRule="auto"/>
            </w:pPr>
            <w:r>
              <w:rPr>
                <w:sz w:val="16"/>
              </w:rPr>
              <w:t>Prototype</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667F5F2" w14:textId="77777777" w:rsidR="008769FA" w:rsidRDefault="00000000">
            <w:pPr>
              <w:spacing w:after="0" w:line="252" w:lineRule="auto"/>
            </w:pPr>
            <w:r>
              <w:rPr>
                <w:sz w:val="16"/>
              </w:rPr>
              <w:t>Validate priority journeys and visual direction before full implementation.</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D532D97" w14:textId="77777777" w:rsidR="008769FA" w:rsidRDefault="00000000">
            <w:pPr>
              <w:spacing w:after="0" w:line="252" w:lineRule="auto"/>
            </w:pPr>
            <w:r>
              <w:rPr>
                <w:sz w:val="16"/>
              </w:rPr>
              <w:t>Prototype approval</w:t>
            </w:r>
          </w:p>
        </w:tc>
      </w:tr>
      <w:tr w:rsidR="008769FA" w14:paraId="752AE927"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B4115C3" w14:textId="77777777" w:rsidR="008769FA" w:rsidRDefault="00000000">
            <w:pPr>
              <w:spacing w:after="0" w:line="252" w:lineRule="auto"/>
            </w:pPr>
            <w:r>
              <w:rPr>
                <w:sz w:val="16"/>
              </w:rPr>
              <w:t>Build</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AECA584" w14:textId="77777777" w:rsidR="008769FA" w:rsidRDefault="00000000">
            <w:pPr>
              <w:spacing w:after="0" w:line="252" w:lineRule="auto"/>
            </w:pPr>
            <w:r>
              <w:rPr>
                <w:sz w:val="16"/>
              </w:rPr>
              <w:t>Implement approved functionality in planned increments.</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396A453" w14:textId="77777777" w:rsidR="008769FA" w:rsidRDefault="00000000">
            <w:pPr>
              <w:spacing w:after="0" w:line="252" w:lineRule="auto"/>
            </w:pPr>
            <w:r>
              <w:rPr>
                <w:sz w:val="16"/>
              </w:rPr>
              <w:t>Progress reviews</w:t>
            </w:r>
          </w:p>
        </w:tc>
      </w:tr>
      <w:tr w:rsidR="008769FA" w14:paraId="604880EF"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A3F77AE" w14:textId="77777777" w:rsidR="008769FA" w:rsidRDefault="00000000">
            <w:pPr>
              <w:spacing w:after="0" w:line="252" w:lineRule="auto"/>
            </w:pPr>
            <w:r>
              <w:rPr>
                <w:sz w:val="16"/>
              </w:rPr>
              <w:t>QA</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FDF0116" w14:textId="77777777" w:rsidR="008769FA" w:rsidRDefault="00000000">
            <w:pPr>
              <w:spacing w:after="0" w:line="252" w:lineRule="auto"/>
            </w:pPr>
            <w:r>
              <w:rPr>
                <w:sz w:val="16"/>
              </w:rPr>
              <w:t>Test function, responsive behaviour, access, integrations and agreed requirements.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9398FA4" w14:textId="77777777" w:rsidR="008769FA" w:rsidRDefault="00000000">
            <w:pPr>
              <w:spacing w:after="0" w:line="252" w:lineRule="auto"/>
            </w:pPr>
            <w:r>
              <w:rPr>
                <w:sz w:val="16"/>
              </w:rPr>
              <w:t>QA readiness</w:t>
            </w:r>
          </w:p>
        </w:tc>
      </w:tr>
      <w:tr w:rsidR="008769FA" w14:paraId="61C33132"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887426A" w14:textId="77777777" w:rsidR="008769FA" w:rsidRDefault="00000000">
            <w:pPr>
              <w:spacing w:after="0" w:line="252" w:lineRule="auto"/>
            </w:pPr>
            <w:r>
              <w:rPr>
                <w:sz w:val="16"/>
              </w:rPr>
              <w:t>UAT</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80BC46F" w14:textId="77777777" w:rsidR="008769FA" w:rsidRDefault="00000000">
            <w:pPr>
              <w:spacing w:after="0" w:line="252" w:lineRule="auto"/>
            </w:pPr>
            <w:r>
              <w:rPr>
                <w:sz w:val="16"/>
              </w:rPr>
              <w:t>Support client validation against approved acceptance criteria.</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67BADB1" w14:textId="77777777" w:rsidR="008769FA" w:rsidRDefault="00000000">
            <w:pPr>
              <w:spacing w:after="0" w:line="252" w:lineRule="auto"/>
            </w:pPr>
            <w:r>
              <w:rPr>
                <w:sz w:val="16"/>
              </w:rPr>
              <w:t>Written UAT approval</w:t>
            </w:r>
          </w:p>
        </w:tc>
      </w:tr>
      <w:tr w:rsidR="008769FA" w14:paraId="549A43F9" w14:textId="77777777">
        <w:tc>
          <w:tcPr>
            <w:tcW w:w="17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8433976" w14:textId="77777777" w:rsidR="008769FA" w:rsidRDefault="00000000">
            <w:pPr>
              <w:spacing w:after="0" w:line="252" w:lineRule="auto"/>
            </w:pPr>
            <w:r>
              <w:rPr>
                <w:sz w:val="16"/>
              </w:rPr>
              <w:t>Deployment</w:t>
            </w:r>
          </w:p>
        </w:tc>
        <w:tc>
          <w:tcPr>
            <w:tcW w:w="51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60025BA" w14:textId="77777777" w:rsidR="008769FA" w:rsidRDefault="00000000">
            <w:pPr>
              <w:spacing w:after="0" w:line="252" w:lineRule="auto"/>
            </w:pPr>
            <w:r>
              <w:rPr>
                <w:sz w:val="16"/>
              </w:rPr>
              <w:t>Release to production and complete launch checks.</w:t>
            </w:r>
          </w:p>
        </w:tc>
        <w:tc>
          <w:tcPr>
            <w:tcW w:w="25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EB443D0" w14:textId="77777777" w:rsidR="008769FA" w:rsidRDefault="00000000">
            <w:pPr>
              <w:spacing w:after="0" w:line="252" w:lineRule="auto"/>
            </w:pPr>
            <w:r>
              <w:rPr>
                <w:sz w:val="16"/>
              </w:rPr>
              <w:t>Go-live</w:t>
            </w:r>
          </w:p>
        </w:tc>
      </w:tr>
      <w:tr w:rsidR="008769FA" w14:paraId="4514ED7F" w14:textId="77777777">
        <w:tc>
          <w:tcPr>
            <w:tcW w:w="17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2E9740" w14:textId="77777777" w:rsidR="008769FA" w:rsidRDefault="00000000">
            <w:pPr>
              <w:spacing w:after="0" w:line="252" w:lineRule="auto"/>
            </w:pPr>
            <w:r>
              <w:rPr>
                <w:sz w:val="16"/>
              </w:rPr>
              <w:t>Handover</w:t>
            </w:r>
          </w:p>
        </w:tc>
        <w:tc>
          <w:tcPr>
            <w:tcW w:w="51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F6D4C64" w14:textId="77777777" w:rsidR="008769FA" w:rsidRDefault="00000000">
            <w:pPr>
              <w:spacing w:after="0" w:line="252" w:lineRule="auto"/>
            </w:pPr>
            <w:r>
              <w:rPr>
                <w:sz w:val="16"/>
              </w:rPr>
              <w:t>Provide agreed access, documentation, training and support transition.</w:t>
            </w:r>
          </w:p>
        </w:tc>
        <w:tc>
          <w:tcPr>
            <w:tcW w:w="25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F185F82" w14:textId="77777777" w:rsidR="008769FA" w:rsidRDefault="00000000">
            <w:pPr>
              <w:spacing w:after="0" w:line="252" w:lineRule="auto"/>
            </w:pPr>
            <w:r>
              <w:rPr>
                <w:sz w:val="16"/>
              </w:rPr>
              <w:t>Handover completion</w:t>
            </w:r>
          </w:p>
        </w:tc>
      </w:tr>
    </w:tbl>
    <w:p w14:paraId="4EE7F0DC" w14:textId="77777777" w:rsidR="008769FA" w:rsidRDefault="008769FA">
      <w:pPr>
        <w:spacing w:after="20"/>
      </w:pPr>
    </w:p>
    <w:p w14:paraId="33100BF4" w14:textId="77777777" w:rsidR="008769FA" w:rsidRDefault="00000000">
      <w:pPr>
        <w:pStyle w:val="Heading2"/>
      </w:pPr>
      <w:r>
        <w:t>Client Responsibilities</w:t>
      </w:r>
    </w:p>
    <w:p w14:paraId="09A755ED" w14:textId="77777777" w:rsidR="008769FA" w:rsidRDefault="00000000">
      <w:pPr>
        <w:pStyle w:val="ListBullet"/>
      </w:pPr>
      <w:r>
        <w:t>Appoint one authorised project owner and provide consolidated feedback.</w:t>
      </w:r>
    </w:p>
    <w:p w14:paraId="7398271B" w14:textId="77777777" w:rsidR="008769FA" w:rsidRDefault="00000000">
      <w:pPr>
        <w:pStyle w:val="ListBullet"/>
      </w:pPr>
      <w:r>
        <w:t>Supply approved content, data, branding, credentials and third-party accounts on time.</w:t>
      </w:r>
    </w:p>
    <w:p w14:paraId="2F2137FC" w14:textId="77777777" w:rsidR="008769FA" w:rsidRDefault="00000000">
      <w:pPr>
        <w:pStyle w:val="ListBullet"/>
      </w:pPr>
      <w:r>
        <w:t>Review deliverables and provide approvals within [##] working days.</w:t>
      </w:r>
    </w:p>
    <w:p w14:paraId="286D9E15" w14:textId="77777777" w:rsidR="008769FA" w:rsidRDefault="00000000">
      <w:pPr>
        <w:pStyle w:val="ListBullet"/>
      </w:pPr>
      <w:r>
        <w:t>Conduct UAT with representative users and documented scenarios.</w:t>
      </w:r>
    </w:p>
    <w:p w14:paraId="105655D0" w14:textId="77777777" w:rsidR="008769FA" w:rsidRDefault="00000000">
      <w:r>
        <w:br w:type="page"/>
      </w:r>
    </w:p>
    <w:p w14:paraId="5B26B94B" w14:textId="77777777" w:rsidR="008769FA" w:rsidRDefault="00000000">
      <w:pPr>
        <w:pStyle w:val="Heading1"/>
      </w:pPr>
      <w:r>
        <w:lastRenderedPageBreak/>
        <w:t>5. Deliverables &amp; Timeline</w:t>
      </w:r>
    </w:p>
    <w:tbl>
      <w:tblPr>
        <w:tblW w:w="9360" w:type="dxa"/>
        <w:tblInd w:w="120" w:type="dxa"/>
        <w:tblLayout w:type="fixed"/>
        <w:tblLook w:val="04A0" w:firstRow="1" w:lastRow="0" w:firstColumn="1" w:lastColumn="0" w:noHBand="0" w:noVBand="1"/>
      </w:tblPr>
      <w:tblGrid>
        <w:gridCol w:w="3900"/>
        <w:gridCol w:w="5460"/>
      </w:tblGrid>
      <w:tr w:rsidR="008769FA" w14:paraId="7B60999E" w14:textId="77777777">
        <w:trPr>
          <w:tblHeader/>
        </w:trPr>
        <w:tc>
          <w:tcPr>
            <w:tcW w:w="3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79F5CF1" w14:textId="77777777" w:rsidR="008769FA" w:rsidRDefault="00000000">
            <w:pPr>
              <w:spacing w:after="0"/>
            </w:pPr>
            <w:r>
              <w:rPr>
                <w:b/>
                <w:color w:val="FFFFFF"/>
                <w:sz w:val="18"/>
              </w:rPr>
              <w:t>DELIVERABLE</w:t>
            </w:r>
          </w:p>
        </w:tc>
        <w:tc>
          <w:tcPr>
            <w:tcW w:w="5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7BD7C91" w14:textId="77777777" w:rsidR="008769FA" w:rsidRDefault="00000000">
            <w:pPr>
              <w:spacing w:after="0"/>
            </w:pPr>
            <w:r>
              <w:rPr>
                <w:b/>
                <w:color w:val="FFFFFF"/>
                <w:sz w:val="18"/>
              </w:rPr>
              <w:t>STATUS / DETAIL</w:t>
            </w:r>
          </w:p>
        </w:tc>
      </w:tr>
      <w:tr w:rsidR="008769FA" w14:paraId="09DC6B45"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F24586" w14:textId="77777777" w:rsidR="008769FA" w:rsidRDefault="00000000">
            <w:pPr>
              <w:spacing w:after="0" w:line="252" w:lineRule="auto"/>
            </w:pPr>
            <w:r>
              <w:rPr>
                <w:sz w:val="18"/>
              </w:rPr>
              <w:t>Discovery summary and agreed scope</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061FAB9" w14:textId="77777777" w:rsidR="008769FA" w:rsidRDefault="00000000">
            <w:pPr>
              <w:spacing w:after="0" w:line="252" w:lineRule="auto"/>
            </w:pPr>
            <w:r>
              <w:rPr>
                <w:sz w:val="18"/>
              </w:rPr>
              <w:t>[Included]</w:t>
            </w:r>
          </w:p>
        </w:tc>
      </w:tr>
      <w:tr w:rsidR="008769FA" w14:paraId="210E95AB"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80BE44C" w14:textId="77777777" w:rsidR="008769FA" w:rsidRDefault="00000000">
            <w:pPr>
              <w:spacing w:after="0" w:line="252" w:lineRule="auto"/>
            </w:pPr>
            <w:r>
              <w:rPr>
                <w:sz w:val="18"/>
              </w:rPr>
              <w:t>Wireframes / interactive prototype</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B421439" w14:textId="77777777" w:rsidR="008769FA" w:rsidRDefault="00000000">
            <w:pPr>
              <w:spacing w:after="0" w:line="252" w:lineRule="auto"/>
            </w:pPr>
            <w:r>
              <w:rPr>
                <w:sz w:val="18"/>
              </w:rPr>
              <w:t>[Included / define screens]</w:t>
            </w:r>
          </w:p>
        </w:tc>
      </w:tr>
      <w:tr w:rsidR="008769FA" w14:paraId="2B68F33D"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790751F" w14:textId="77777777" w:rsidR="008769FA" w:rsidRDefault="00000000">
            <w:pPr>
              <w:spacing w:after="0" w:line="252" w:lineRule="auto"/>
            </w:pPr>
            <w:r>
              <w:rPr>
                <w:sz w:val="18"/>
              </w:rPr>
              <w:t>Responsive solution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BEA025A" w14:textId="77777777" w:rsidR="008769FA" w:rsidRDefault="00000000">
            <w:pPr>
              <w:spacing w:after="0" w:line="252" w:lineRule="auto"/>
            </w:pPr>
            <w:r>
              <w:rPr>
                <w:sz w:val="18"/>
              </w:rPr>
              <w:t>[Included / define pages and modules]</w:t>
            </w:r>
          </w:p>
        </w:tc>
      </w:tr>
      <w:tr w:rsidR="008769FA" w14:paraId="47821725"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4483C01" w14:textId="77777777" w:rsidR="008769FA" w:rsidRDefault="00000000">
            <w:pPr>
              <w:spacing w:after="0" w:line="252" w:lineRule="auto"/>
            </w:pPr>
            <w:r>
              <w:rPr>
                <w:sz w:val="18"/>
              </w:rPr>
              <w:t>Administration capability</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232F232" w14:textId="77777777" w:rsidR="008769FA" w:rsidRDefault="00000000">
            <w:pPr>
              <w:spacing w:after="0" w:line="252" w:lineRule="auto"/>
            </w:pPr>
            <w:r>
              <w:rPr>
                <w:sz w:val="18"/>
              </w:rPr>
              <w:t>[Included / excluded / detail]</w:t>
            </w:r>
          </w:p>
        </w:tc>
      </w:tr>
      <w:tr w:rsidR="008769FA" w14:paraId="139919A4"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BEBC02" w14:textId="77777777" w:rsidR="008769FA" w:rsidRDefault="00000000">
            <w:pPr>
              <w:spacing w:after="0" w:line="252" w:lineRule="auto"/>
            </w:pPr>
            <w:r>
              <w:rPr>
                <w:sz w:val="18"/>
              </w:rPr>
              <w:t>Integrations</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43F8334" w14:textId="77777777" w:rsidR="008769FA" w:rsidRDefault="00000000">
            <w:pPr>
              <w:spacing w:after="0" w:line="252" w:lineRule="auto"/>
            </w:pPr>
            <w:r>
              <w:rPr>
                <w:sz w:val="18"/>
              </w:rPr>
              <w:t>[List]</w:t>
            </w:r>
          </w:p>
        </w:tc>
      </w:tr>
      <w:tr w:rsidR="008769FA" w14:paraId="1153F226"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3796172" w14:textId="77777777" w:rsidR="008769FA" w:rsidRDefault="00000000">
            <w:pPr>
              <w:spacing w:after="0" w:line="252" w:lineRule="auto"/>
            </w:pPr>
            <w:r>
              <w:rPr>
                <w:sz w:val="18"/>
              </w:rPr>
              <w:t>Content/data migration</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29C4D73" w14:textId="77777777" w:rsidR="008769FA" w:rsidRDefault="00000000">
            <w:pPr>
              <w:spacing w:after="0" w:line="252" w:lineRule="auto"/>
            </w:pPr>
            <w:r>
              <w:rPr>
                <w:sz w:val="18"/>
              </w:rPr>
              <w:t>[Define allowance]</w:t>
            </w:r>
          </w:p>
        </w:tc>
      </w:tr>
      <w:tr w:rsidR="008769FA" w14:paraId="672FE7A2"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C7D4636" w14:textId="77777777" w:rsidR="008769FA" w:rsidRDefault="00000000">
            <w:pPr>
              <w:spacing w:after="0" w:line="252" w:lineRule="auto"/>
            </w:pPr>
            <w:r>
              <w:rPr>
                <w:sz w:val="18"/>
              </w:rPr>
              <w:t>QA and UAT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CFB7E7A" w14:textId="77777777" w:rsidR="008769FA" w:rsidRDefault="00000000">
            <w:pPr>
              <w:spacing w:after="0" w:line="252" w:lineRule="auto"/>
            </w:pPr>
            <w:r>
              <w:rPr>
                <w:sz w:val="18"/>
              </w:rPr>
              <w:t>[Define cycles]</w:t>
            </w:r>
          </w:p>
        </w:tc>
      </w:tr>
      <w:tr w:rsidR="008769FA" w14:paraId="76319AFB"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3D61F79" w14:textId="77777777" w:rsidR="008769FA" w:rsidRDefault="00000000">
            <w:pPr>
              <w:spacing w:after="0" w:line="252" w:lineRule="auto"/>
            </w:pPr>
            <w:r>
              <w:rPr>
                <w:sz w:val="18"/>
              </w:rPr>
              <w:t>Production deployment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88234D5" w14:textId="77777777" w:rsidR="008769FA" w:rsidRDefault="00000000">
            <w:pPr>
              <w:spacing w:after="0" w:line="252" w:lineRule="auto"/>
            </w:pPr>
            <w:r>
              <w:rPr>
                <w:sz w:val="18"/>
              </w:rPr>
              <w:t>[Environment]</w:t>
            </w:r>
          </w:p>
        </w:tc>
      </w:tr>
      <w:tr w:rsidR="008769FA" w14:paraId="17DDC32C" w14:textId="77777777">
        <w:tc>
          <w:tcPr>
            <w:tcW w:w="3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8137396" w14:textId="77777777" w:rsidR="008769FA" w:rsidRDefault="00000000">
            <w:pPr>
              <w:spacing w:after="0" w:line="252" w:lineRule="auto"/>
            </w:pPr>
            <w:r>
              <w:rPr>
                <w:sz w:val="18"/>
              </w:rPr>
              <w:t>Training and documentation</w:t>
            </w:r>
          </w:p>
        </w:tc>
        <w:tc>
          <w:tcPr>
            <w:tcW w:w="5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D462A9E" w14:textId="77777777" w:rsidR="008769FA" w:rsidRDefault="00000000">
            <w:pPr>
              <w:spacing w:after="0" w:line="252" w:lineRule="auto"/>
            </w:pPr>
            <w:r>
              <w:rPr>
                <w:sz w:val="18"/>
              </w:rPr>
              <w:t>[Define sessions/artefacts]</w:t>
            </w:r>
          </w:p>
        </w:tc>
      </w:tr>
      <w:tr w:rsidR="008769FA" w14:paraId="40DB715E" w14:textId="77777777">
        <w:tc>
          <w:tcPr>
            <w:tcW w:w="3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195254F" w14:textId="77777777" w:rsidR="008769FA" w:rsidRDefault="00000000">
            <w:pPr>
              <w:spacing w:after="0" w:line="252" w:lineRule="auto"/>
            </w:pPr>
            <w:r>
              <w:rPr>
                <w:sz w:val="18"/>
              </w:rPr>
              <w:t>Warranty support</w:t>
            </w:r>
          </w:p>
        </w:tc>
        <w:tc>
          <w:tcPr>
            <w:tcW w:w="5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C515A0" w14:textId="77777777" w:rsidR="008769FA" w:rsidRDefault="00000000">
            <w:pPr>
              <w:spacing w:after="0" w:line="252" w:lineRule="auto"/>
            </w:pPr>
            <w:r>
              <w:rPr>
                <w:sz w:val="18"/>
              </w:rPr>
              <w:t>[## days]</w:t>
            </w:r>
          </w:p>
        </w:tc>
      </w:tr>
    </w:tbl>
    <w:p w14:paraId="3D98FF9C" w14:textId="77777777" w:rsidR="008769FA" w:rsidRDefault="008769FA">
      <w:pPr>
        <w:spacing w:after="20"/>
      </w:pPr>
    </w:p>
    <w:p w14:paraId="3192E30F" w14:textId="77777777" w:rsidR="008769FA" w:rsidRDefault="00000000">
      <w:pPr>
        <w:pStyle w:val="Heading2"/>
      </w:pPr>
      <w:r>
        <w:t>Indicative Timeline</w:t>
      </w:r>
    </w:p>
    <w:tbl>
      <w:tblPr>
        <w:tblW w:w="9360" w:type="dxa"/>
        <w:tblInd w:w="120" w:type="dxa"/>
        <w:tblLayout w:type="fixed"/>
        <w:tblLook w:val="04A0" w:firstRow="1" w:lastRow="0" w:firstColumn="1" w:lastColumn="0" w:noHBand="0" w:noVBand="1"/>
      </w:tblPr>
      <w:tblGrid>
        <w:gridCol w:w="3800"/>
        <w:gridCol w:w="2600"/>
        <w:gridCol w:w="2960"/>
      </w:tblGrid>
      <w:tr w:rsidR="008769FA" w14:paraId="54BBFCD3" w14:textId="77777777">
        <w:trPr>
          <w:tblHeader/>
        </w:trPr>
        <w:tc>
          <w:tcPr>
            <w:tcW w:w="38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B1D72B0" w14:textId="77777777" w:rsidR="008769FA" w:rsidRDefault="00000000">
            <w:pPr>
              <w:spacing w:after="0"/>
            </w:pPr>
            <w:r>
              <w:rPr>
                <w:b/>
                <w:color w:val="FFFFFF"/>
                <w:sz w:val="18"/>
              </w:rPr>
              <w:t>PHASE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3C5CBA3" w14:textId="77777777" w:rsidR="008769FA" w:rsidRDefault="00000000">
            <w:pPr>
              <w:spacing w:after="0"/>
            </w:pPr>
            <w:r>
              <w:rPr>
                <w:b/>
                <w:color w:val="FFFFFF"/>
                <w:sz w:val="18"/>
              </w:rPr>
              <w:t>DURATION</w:t>
            </w:r>
          </w:p>
        </w:tc>
        <w:tc>
          <w:tcPr>
            <w:tcW w:w="29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3622163D" w14:textId="77777777" w:rsidR="008769FA" w:rsidRDefault="00000000">
            <w:pPr>
              <w:spacing w:after="0"/>
            </w:pPr>
            <w:r>
              <w:rPr>
                <w:b/>
                <w:color w:val="FFFFFF"/>
                <w:sz w:val="18"/>
              </w:rPr>
              <w:t>TARGET DATES</w:t>
            </w:r>
          </w:p>
        </w:tc>
      </w:tr>
      <w:tr w:rsidR="008769FA" w14:paraId="391A4BC2"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ADEFC40" w14:textId="77777777" w:rsidR="008769FA" w:rsidRDefault="00000000">
            <w:pPr>
              <w:spacing w:after="0" w:line="252" w:lineRule="auto"/>
            </w:pPr>
            <w:r>
              <w:rPr>
                <w:sz w:val="18"/>
              </w:rPr>
              <w:t>Discovery &amp; sitemap</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77FF5AB" w14:textId="77777777" w:rsidR="008769FA" w:rsidRDefault="00000000">
            <w:pPr>
              <w:spacing w:after="0" w:line="252" w:lineRule="auto"/>
            </w:pPr>
            <w:r>
              <w:rPr>
                <w:sz w:val="18"/>
              </w:rPr>
              <w:t>[1 week]</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30099D5" w14:textId="77777777" w:rsidR="008769FA" w:rsidRDefault="00000000">
            <w:pPr>
              <w:spacing w:after="0" w:line="252" w:lineRule="auto"/>
            </w:pPr>
            <w:r>
              <w:rPr>
                <w:sz w:val="18"/>
              </w:rPr>
              <w:t>[START - END]</w:t>
            </w:r>
          </w:p>
        </w:tc>
      </w:tr>
      <w:tr w:rsidR="008769FA" w14:paraId="7CE22032"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0D920FA" w14:textId="77777777" w:rsidR="008769FA" w:rsidRDefault="00000000">
            <w:pPr>
              <w:spacing w:after="0" w:line="252" w:lineRule="auto"/>
            </w:pPr>
            <w:r>
              <w:rPr>
                <w:sz w:val="18"/>
              </w:rPr>
              <w:t>Content and experience design</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4D2E5F1" w14:textId="77777777" w:rsidR="008769FA"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9CC4790" w14:textId="77777777" w:rsidR="008769FA" w:rsidRDefault="00000000">
            <w:pPr>
              <w:spacing w:after="0" w:line="252" w:lineRule="auto"/>
            </w:pPr>
            <w:r>
              <w:rPr>
                <w:sz w:val="18"/>
              </w:rPr>
              <w:t>[START - END]</w:t>
            </w:r>
          </w:p>
        </w:tc>
      </w:tr>
      <w:tr w:rsidR="008769FA" w14:paraId="4971EC8D"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9FA29E9" w14:textId="77777777" w:rsidR="008769FA" w:rsidRDefault="00000000">
            <w:pPr>
              <w:spacing w:after="0" w:line="252" w:lineRule="auto"/>
            </w:pPr>
            <w:r>
              <w:rPr>
                <w:sz w:val="18"/>
              </w:rPr>
              <w:t>Visual design &amp; prototype</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D2679FA" w14:textId="77777777" w:rsidR="008769FA"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8225DB7" w14:textId="77777777" w:rsidR="008769FA" w:rsidRDefault="00000000">
            <w:pPr>
              <w:spacing w:after="0" w:line="252" w:lineRule="auto"/>
            </w:pPr>
            <w:r>
              <w:rPr>
                <w:sz w:val="18"/>
              </w:rPr>
              <w:t>[START - END]</w:t>
            </w:r>
          </w:p>
        </w:tc>
      </w:tr>
      <w:tr w:rsidR="008769FA" w14:paraId="3A56736E"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28CCA78" w14:textId="77777777" w:rsidR="008769FA" w:rsidRDefault="00000000">
            <w:pPr>
              <w:spacing w:after="0" w:line="252" w:lineRule="auto"/>
            </w:pPr>
            <w:r>
              <w:rPr>
                <w:sz w:val="18"/>
              </w:rPr>
              <w:t>Build &amp; CMS configuration</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E4030FD" w14:textId="77777777" w:rsidR="008769FA" w:rsidRDefault="00000000">
            <w:pPr>
              <w:spacing w:after="0" w:line="252" w:lineRule="auto"/>
            </w:pPr>
            <w:r>
              <w:rPr>
                <w:sz w:val="18"/>
              </w:rPr>
              <w:t>[2-4 weeks]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5FA43A1E" w14:textId="77777777" w:rsidR="008769FA" w:rsidRDefault="00000000">
            <w:pPr>
              <w:spacing w:after="0" w:line="252" w:lineRule="auto"/>
            </w:pPr>
            <w:r>
              <w:rPr>
                <w:sz w:val="18"/>
              </w:rPr>
              <w:t>[START - END]</w:t>
            </w:r>
          </w:p>
        </w:tc>
      </w:tr>
      <w:tr w:rsidR="008769FA" w14:paraId="74D514CD" w14:textId="77777777">
        <w:tc>
          <w:tcPr>
            <w:tcW w:w="38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1971755" w14:textId="77777777" w:rsidR="008769FA" w:rsidRDefault="00000000">
            <w:pPr>
              <w:spacing w:after="0" w:line="252" w:lineRule="auto"/>
            </w:pPr>
            <w:r>
              <w:rPr>
                <w:sz w:val="18"/>
              </w:rPr>
              <w:t>QA, UAT &amp; content review</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C66DF96" w14:textId="77777777" w:rsidR="008769FA" w:rsidRDefault="00000000">
            <w:pPr>
              <w:spacing w:after="0" w:line="252" w:lineRule="auto"/>
            </w:pPr>
            <w:r>
              <w:rPr>
                <w:sz w:val="18"/>
              </w:rPr>
              <w:t>[1-2 weeks]</w:t>
            </w:r>
          </w:p>
        </w:tc>
        <w:tc>
          <w:tcPr>
            <w:tcW w:w="29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19C50D0" w14:textId="77777777" w:rsidR="008769FA" w:rsidRDefault="00000000">
            <w:pPr>
              <w:spacing w:after="0" w:line="252" w:lineRule="auto"/>
            </w:pPr>
            <w:r>
              <w:rPr>
                <w:sz w:val="18"/>
              </w:rPr>
              <w:t>[START - END]</w:t>
            </w:r>
          </w:p>
        </w:tc>
      </w:tr>
      <w:tr w:rsidR="008769FA" w14:paraId="6DCD519D" w14:textId="77777777">
        <w:tc>
          <w:tcPr>
            <w:tcW w:w="38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8BE320" w14:textId="77777777" w:rsidR="008769FA" w:rsidRDefault="00000000">
            <w:pPr>
              <w:spacing w:after="0" w:line="252" w:lineRule="auto"/>
            </w:pPr>
            <w:r>
              <w:rPr>
                <w:sz w:val="18"/>
              </w:rPr>
              <w:t>Deployment &amp; handover</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A9516C4" w14:textId="77777777" w:rsidR="008769FA" w:rsidRDefault="00000000">
            <w:pPr>
              <w:spacing w:after="0" w:line="252" w:lineRule="auto"/>
            </w:pPr>
            <w:r>
              <w:rPr>
                <w:sz w:val="18"/>
              </w:rPr>
              <w:t>[2-3 working days]</w:t>
            </w:r>
          </w:p>
        </w:tc>
        <w:tc>
          <w:tcPr>
            <w:tcW w:w="29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4975CBA" w14:textId="77777777" w:rsidR="008769FA" w:rsidRDefault="00000000">
            <w:pPr>
              <w:spacing w:after="0" w:line="252" w:lineRule="auto"/>
            </w:pPr>
            <w:r>
              <w:rPr>
                <w:sz w:val="18"/>
              </w:rPr>
              <w:t>[START - END]</w:t>
            </w:r>
          </w:p>
        </w:tc>
      </w:tr>
    </w:tbl>
    <w:p w14:paraId="78C0F296" w14:textId="77777777" w:rsidR="008769FA" w:rsidRDefault="008769FA">
      <w:pPr>
        <w:spacing w:after="20"/>
      </w:pPr>
    </w:p>
    <w:tbl>
      <w:tblPr>
        <w:tblW w:w="9360" w:type="dxa"/>
        <w:tblInd w:w="120" w:type="dxa"/>
        <w:tblLayout w:type="fixed"/>
        <w:tblLook w:val="04A0" w:firstRow="1" w:lastRow="0" w:firstColumn="1" w:lastColumn="0" w:noHBand="0" w:noVBand="1"/>
      </w:tblPr>
      <w:tblGrid>
        <w:gridCol w:w="9360"/>
      </w:tblGrid>
      <w:tr w:rsidR="008769FA" w14:paraId="0A1E201F" w14:textId="77777777">
        <w:tc>
          <w:tcPr>
            <w:tcW w:w="9360" w:type="dxa"/>
            <w:tcBorders>
              <w:top w:val="single" w:sz="6" w:space="0" w:color="D7E2E8"/>
              <w:left w:val="single" w:sz="6" w:space="0" w:color="D7E2E8"/>
              <w:bottom w:val="single" w:sz="6" w:space="0" w:color="D7E2E8"/>
              <w:right w:val="single" w:sz="6" w:space="0" w:color="D7E2E8"/>
            </w:tcBorders>
            <w:shd w:val="clear" w:color="auto" w:fill="DFF6F5"/>
            <w:tcMar>
              <w:top w:w="100" w:type="dxa"/>
              <w:left w:w="130" w:type="dxa"/>
              <w:bottom w:w="100" w:type="dxa"/>
              <w:right w:w="130" w:type="dxa"/>
            </w:tcMar>
            <w:vAlign w:val="center"/>
          </w:tcPr>
          <w:p w14:paraId="1D275CC1" w14:textId="77777777" w:rsidR="008769FA" w:rsidRDefault="00000000">
            <w:pPr>
              <w:spacing w:after="0"/>
            </w:pPr>
            <w:r>
              <w:rPr>
                <w:b/>
                <w:color w:val="12304A"/>
                <w:sz w:val="20"/>
              </w:rPr>
              <w:t xml:space="preserve">SCHEDULE BASIS  </w:t>
            </w:r>
            <w:r>
              <w:rPr>
                <w:sz w:val="20"/>
              </w:rPr>
              <w:t>Dates depend on scope approval, client availability, content/data readiness and third-party responses. Approved changes may adjust the timeline.</w:t>
            </w:r>
          </w:p>
        </w:tc>
      </w:tr>
    </w:tbl>
    <w:p w14:paraId="40C30E18" w14:textId="77777777" w:rsidR="008769FA" w:rsidRDefault="008769FA">
      <w:pPr>
        <w:spacing w:after="0"/>
      </w:pPr>
    </w:p>
    <w:p w14:paraId="1600777A" w14:textId="77777777" w:rsidR="008769FA" w:rsidRDefault="00000000">
      <w:r>
        <w:br w:type="page"/>
      </w:r>
    </w:p>
    <w:p w14:paraId="2AF4451C" w14:textId="77777777" w:rsidR="008769FA" w:rsidRDefault="00000000">
      <w:pPr>
        <w:pStyle w:val="Heading1"/>
      </w:pPr>
      <w:r>
        <w:lastRenderedPageBreak/>
        <w:t>6. Investment, Hosting &amp; Support</w:t>
      </w:r>
    </w:p>
    <w:tbl>
      <w:tblPr>
        <w:tblW w:w="9360" w:type="dxa"/>
        <w:tblInd w:w="120" w:type="dxa"/>
        <w:tblLayout w:type="fixed"/>
        <w:tblLook w:val="04A0" w:firstRow="1" w:lastRow="0" w:firstColumn="1" w:lastColumn="0" w:noHBand="0" w:noVBand="1"/>
      </w:tblPr>
      <w:tblGrid>
        <w:gridCol w:w="2900"/>
        <w:gridCol w:w="2200"/>
        <w:gridCol w:w="2060"/>
        <w:gridCol w:w="2200"/>
      </w:tblGrid>
      <w:tr w:rsidR="008769FA" w14:paraId="08A47680" w14:textId="77777777">
        <w:trPr>
          <w:tblHeader/>
        </w:trPr>
        <w:tc>
          <w:tcPr>
            <w:tcW w:w="29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780C0914" w14:textId="77777777" w:rsidR="008769FA" w:rsidRDefault="00000000">
            <w:pPr>
              <w:spacing w:after="0"/>
            </w:pPr>
            <w:r>
              <w:rPr>
                <w:b/>
                <w:color w:val="FFFFFF"/>
                <w:sz w:val="17"/>
              </w:rPr>
              <w:t>ITEM</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0C5302B" w14:textId="77777777" w:rsidR="008769FA" w:rsidRDefault="00000000">
            <w:pPr>
              <w:spacing w:after="0"/>
            </w:pPr>
            <w:r>
              <w:rPr>
                <w:b/>
                <w:color w:val="FFFFFF"/>
                <w:sz w:val="17"/>
              </w:rPr>
              <w:t>BASIS</w:t>
            </w:r>
          </w:p>
        </w:tc>
        <w:tc>
          <w:tcPr>
            <w:tcW w:w="20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7D58451" w14:textId="77777777" w:rsidR="008769FA" w:rsidRDefault="00000000">
            <w:pPr>
              <w:spacing w:after="0"/>
            </w:pPr>
            <w:r>
              <w:rPr>
                <w:b/>
                <w:color w:val="FFFFFF"/>
                <w:sz w:val="17"/>
              </w:rPr>
              <w:t>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4541CEB9" w14:textId="77777777" w:rsidR="008769FA" w:rsidRDefault="00000000">
            <w:pPr>
              <w:spacing w:after="0"/>
            </w:pPr>
            <w:r>
              <w:rPr>
                <w:b/>
                <w:color w:val="FFFFFF"/>
                <w:sz w:val="17"/>
              </w:rPr>
              <w:t>TOTAL</w:t>
            </w:r>
          </w:p>
        </w:tc>
      </w:tr>
      <w:tr w:rsidR="008769FA" w14:paraId="53E81A3F"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862BBDB" w14:textId="77777777" w:rsidR="008769FA" w:rsidRDefault="00000000">
            <w:pPr>
              <w:spacing w:after="0" w:line="252" w:lineRule="auto"/>
            </w:pPr>
            <w:r>
              <w:rPr>
                <w:sz w:val="16"/>
              </w:rPr>
              <w:t>Discovery and definition</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ECD929A" w14:textId="77777777" w:rsidR="008769FA"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F7E1A2D" w14:textId="77777777" w:rsidR="008769FA"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3BF107C" w14:textId="77777777" w:rsidR="008769FA" w:rsidRDefault="00000000">
            <w:pPr>
              <w:spacing w:after="0" w:line="252" w:lineRule="auto"/>
            </w:pPr>
            <w:r>
              <w:rPr>
                <w:sz w:val="16"/>
              </w:rPr>
              <w:t>[CUR 0.00]</w:t>
            </w:r>
          </w:p>
        </w:tc>
      </w:tr>
      <w:tr w:rsidR="008769FA" w14:paraId="2F8113E9"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A43BB61" w14:textId="77777777" w:rsidR="008769FA" w:rsidRDefault="00000000">
            <w:pPr>
              <w:spacing w:after="0" w:line="252" w:lineRule="auto"/>
            </w:pPr>
            <w:r>
              <w:rPr>
                <w:sz w:val="16"/>
              </w:rPr>
              <w:t>Design and prototype</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3783F91" w14:textId="77777777" w:rsidR="008769FA"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72B9AE2" w14:textId="77777777" w:rsidR="008769FA"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EE19794" w14:textId="77777777" w:rsidR="008769FA" w:rsidRDefault="00000000">
            <w:pPr>
              <w:spacing w:after="0" w:line="252" w:lineRule="auto"/>
            </w:pPr>
            <w:r>
              <w:rPr>
                <w:sz w:val="16"/>
              </w:rPr>
              <w:t>[CUR 0.00]</w:t>
            </w:r>
          </w:p>
        </w:tc>
      </w:tr>
      <w:tr w:rsidR="008769FA" w14:paraId="7BEA624E"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05E590F6" w14:textId="77777777" w:rsidR="008769FA" w:rsidRDefault="00000000">
            <w:pPr>
              <w:spacing w:after="0" w:line="252" w:lineRule="auto"/>
            </w:pPr>
            <w:r>
              <w:rPr>
                <w:sz w:val="16"/>
              </w:rPr>
              <w:t>Build and QA</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2F6F380" w14:textId="77777777" w:rsidR="008769FA"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6E84FF0" w14:textId="77777777" w:rsidR="008769FA"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94F8D3D" w14:textId="77777777" w:rsidR="008769FA" w:rsidRDefault="00000000">
            <w:pPr>
              <w:spacing w:after="0" w:line="252" w:lineRule="auto"/>
            </w:pPr>
            <w:r>
              <w:rPr>
                <w:sz w:val="16"/>
              </w:rPr>
              <w:t>[CUR 0.00]</w:t>
            </w:r>
          </w:p>
        </w:tc>
      </w:tr>
      <w:tr w:rsidR="008769FA" w14:paraId="78651792"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9CA41FF" w14:textId="77777777" w:rsidR="008769FA" w:rsidRDefault="00000000">
            <w:pPr>
              <w:spacing w:after="0" w:line="252" w:lineRule="auto"/>
            </w:pPr>
            <w:r>
              <w:rPr>
                <w:sz w:val="16"/>
              </w:rPr>
              <w:t>Deployment and handover</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F52B0A0" w14:textId="77777777" w:rsidR="008769FA" w:rsidRDefault="00000000">
            <w:pPr>
              <w:spacing w:after="0" w:line="252" w:lineRule="auto"/>
            </w:pPr>
            <w:r>
              <w:rPr>
                <w:sz w:val="16"/>
              </w:rPr>
              <w:t>[Fixed / time-based]</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24EAD8F" w14:textId="77777777" w:rsidR="008769FA"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F653312" w14:textId="77777777" w:rsidR="008769FA" w:rsidRDefault="00000000">
            <w:pPr>
              <w:spacing w:after="0" w:line="252" w:lineRule="auto"/>
            </w:pPr>
            <w:r>
              <w:rPr>
                <w:sz w:val="16"/>
              </w:rPr>
              <w:t>[CUR 0.00]</w:t>
            </w:r>
          </w:p>
        </w:tc>
      </w:tr>
      <w:tr w:rsidR="008769FA" w14:paraId="371524B7"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9463AAB" w14:textId="77777777" w:rsidR="008769FA" w:rsidRDefault="00000000">
            <w:pPr>
              <w:spacing w:after="0" w:line="252" w:lineRule="auto"/>
            </w:pPr>
            <w:r>
              <w:rPr>
                <w:sz w:val="16"/>
              </w:rPr>
              <w:t>Selected add-ons</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458B0F" w14:textId="77777777" w:rsidR="008769FA" w:rsidRDefault="00000000">
            <w:pPr>
              <w:spacing w:after="0" w:line="252" w:lineRule="auto"/>
            </w:pPr>
            <w:r>
              <w:rPr>
                <w:sz w:val="16"/>
              </w:rPr>
              <w:t>[Schedule]</w:t>
            </w: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4F4AF97" w14:textId="77777777" w:rsidR="008769FA"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A01187D" w14:textId="77777777" w:rsidR="008769FA" w:rsidRDefault="00000000">
            <w:pPr>
              <w:spacing w:after="0" w:line="252" w:lineRule="auto"/>
            </w:pPr>
            <w:r>
              <w:rPr>
                <w:sz w:val="16"/>
              </w:rPr>
              <w:t>[CUR 0.00]</w:t>
            </w:r>
          </w:p>
        </w:tc>
      </w:tr>
      <w:tr w:rsidR="008769FA" w14:paraId="423414DF"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2E47E3" w14:textId="77777777" w:rsidR="008769FA" w:rsidRDefault="00000000">
            <w:pPr>
              <w:spacing w:after="0" w:line="252" w:lineRule="auto"/>
            </w:pPr>
            <w:r>
              <w:rPr>
                <w:sz w:val="16"/>
              </w:rPr>
              <w:t>Tax</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788AD47" w14:textId="77777777" w:rsidR="008769FA" w:rsidRDefault="00000000">
            <w:pPr>
              <w:spacing w:after="0" w:line="252" w:lineRule="auto"/>
            </w:pPr>
            <w:r>
              <w:rPr>
                <w:sz w:val="16"/>
              </w:rPr>
              <w:t>[Applicable basis]</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6C4027" w14:textId="77777777" w:rsidR="008769FA"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0E5FD52" w14:textId="77777777" w:rsidR="008769FA" w:rsidRDefault="00000000">
            <w:pPr>
              <w:spacing w:after="0" w:line="252" w:lineRule="auto"/>
            </w:pPr>
            <w:r>
              <w:rPr>
                <w:sz w:val="16"/>
              </w:rPr>
              <w:t>[CUR 0.00]</w:t>
            </w:r>
          </w:p>
        </w:tc>
      </w:tr>
      <w:tr w:rsidR="008769FA" w14:paraId="79D17921" w14:textId="77777777">
        <w:tc>
          <w:tcPr>
            <w:tcW w:w="29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3118002" w14:textId="77777777" w:rsidR="008769FA" w:rsidRDefault="00000000">
            <w:pPr>
              <w:spacing w:after="0" w:line="252" w:lineRule="auto"/>
            </w:pPr>
            <w:r>
              <w:rPr>
                <w:sz w:val="16"/>
              </w:rPr>
              <w:t>Total one-time investment</w:t>
            </w: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168B421" w14:textId="77777777" w:rsidR="008769FA" w:rsidRDefault="008769FA">
            <w:pPr>
              <w:spacing w:after="0" w:line="252" w:lineRule="auto"/>
            </w:pPr>
          </w:p>
        </w:tc>
        <w:tc>
          <w:tcPr>
            <w:tcW w:w="20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8D322F1" w14:textId="77777777" w:rsidR="008769FA" w:rsidRDefault="008769FA">
            <w:pPr>
              <w:spacing w:after="0" w:line="252" w:lineRule="auto"/>
            </w:pPr>
          </w:p>
        </w:tc>
        <w:tc>
          <w:tcPr>
            <w:tcW w:w="22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6F03FEE" w14:textId="77777777" w:rsidR="008769FA" w:rsidRDefault="00000000">
            <w:pPr>
              <w:spacing w:after="0" w:line="252" w:lineRule="auto"/>
            </w:pPr>
            <w:r>
              <w:rPr>
                <w:sz w:val="16"/>
              </w:rPr>
              <w:t>[CUR 0.00]</w:t>
            </w:r>
          </w:p>
        </w:tc>
      </w:tr>
      <w:tr w:rsidR="008769FA" w14:paraId="76B0E87B" w14:textId="77777777">
        <w:tc>
          <w:tcPr>
            <w:tcW w:w="29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7420E7F0" w14:textId="77777777" w:rsidR="008769FA" w:rsidRDefault="00000000">
            <w:pPr>
              <w:spacing w:after="0" w:line="252" w:lineRule="auto"/>
            </w:pPr>
            <w:r>
              <w:rPr>
                <w:sz w:val="16"/>
              </w:rPr>
              <w:t>Recurring services</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D6ED341" w14:textId="77777777" w:rsidR="008769FA" w:rsidRDefault="00000000">
            <w:pPr>
              <w:spacing w:after="0" w:line="252" w:lineRule="auto"/>
            </w:pPr>
            <w:r>
              <w:rPr>
                <w:sz w:val="16"/>
              </w:rPr>
              <w:t>[Monthly / annual]</w:t>
            </w:r>
          </w:p>
        </w:tc>
        <w:tc>
          <w:tcPr>
            <w:tcW w:w="20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0FAB4234" w14:textId="77777777" w:rsidR="008769FA" w:rsidRDefault="00000000">
            <w:pPr>
              <w:spacing w:after="0" w:line="252" w:lineRule="auto"/>
            </w:pPr>
            <w:r>
              <w:rPr>
                <w:sz w:val="16"/>
              </w:rPr>
              <w:t>[CUR 0.00]</w:t>
            </w:r>
          </w:p>
        </w:tc>
        <w:tc>
          <w:tcPr>
            <w:tcW w:w="22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8177359" w14:textId="77777777" w:rsidR="008769FA" w:rsidRDefault="00000000">
            <w:pPr>
              <w:spacing w:after="0" w:line="252" w:lineRule="auto"/>
            </w:pPr>
            <w:r>
              <w:rPr>
                <w:sz w:val="16"/>
              </w:rPr>
              <w:t>[CUR 0.00]</w:t>
            </w:r>
          </w:p>
        </w:tc>
      </w:tr>
    </w:tbl>
    <w:p w14:paraId="7BD3BE00" w14:textId="77777777" w:rsidR="008769FA" w:rsidRDefault="008769FA">
      <w:pPr>
        <w:spacing w:after="20"/>
      </w:pPr>
    </w:p>
    <w:p w14:paraId="052D0801" w14:textId="77777777" w:rsidR="008769FA" w:rsidRDefault="00000000">
      <w:pPr>
        <w:pStyle w:val="Heading2"/>
      </w:pPr>
      <w:r>
        <w:t>Payment Schedule</w:t>
      </w:r>
    </w:p>
    <w:tbl>
      <w:tblPr>
        <w:tblW w:w="9360" w:type="dxa"/>
        <w:tblInd w:w="120" w:type="dxa"/>
        <w:tblLayout w:type="fixed"/>
        <w:tblLook w:val="04A0" w:firstRow="1" w:lastRow="0" w:firstColumn="1" w:lastColumn="0" w:noHBand="0" w:noVBand="1"/>
      </w:tblPr>
      <w:tblGrid>
        <w:gridCol w:w="4300"/>
        <w:gridCol w:w="2600"/>
        <w:gridCol w:w="2460"/>
      </w:tblGrid>
      <w:tr w:rsidR="008769FA" w14:paraId="5A75CC35" w14:textId="77777777">
        <w:trPr>
          <w:tblHeader/>
        </w:trPr>
        <w:tc>
          <w:tcPr>
            <w:tcW w:w="43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2B98C789" w14:textId="77777777" w:rsidR="008769FA" w:rsidRDefault="00000000">
            <w:pPr>
              <w:spacing w:after="0"/>
            </w:pPr>
            <w:r>
              <w:rPr>
                <w:b/>
                <w:color w:val="FFFFFF"/>
                <w:sz w:val="18"/>
              </w:rPr>
              <w:t>MILESTONE</w:t>
            </w:r>
          </w:p>
        </w:tc>
        <w:tc>
          <w:tcPr>
            <w:tcW w:w="260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F2B9CF3" w14:textId="77777777" w:rsidR="008769FA" w:rsidRDefault="00000000">
            <w:pPr>
              <w:spacing w:after="0"/>
            </w:pPr>
            <w:r>
              <w:rPr>
                <w:b/>
                <w:color w:val="FFFFFF"/>
                <w:sz w:val="18"/>
              </w:rPr>
              <w:t>AMOUNT / %</w:t>
            </w:r>
          </w:p>
        </w:tc>
        <w:tc>
          <w:tcPr>
            <w:tcW w:w="246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6730E95F" w14:textId="77777777" w:rsidR="008769FA" w:rsidRDefault="00000000">
            <w:pPr>
              <w:spacing w:after="0"/>
            </w:pPr>
            <w:r>
              <w:rPr>
                <w:b/>
                <w:color w:val="FFFFFF"/>
                <w:sz w:val="18"/>
              </w:rPr>
              <w:t>PAYMENT DUE</w:t>
            </w:r>
          </w:p>
        </w:tc>
      </w:tr>
      <w:tr w:rsidR="008769FA" w14:paraId="347682F1"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74280044" w14:textId="77777777" w:rsidR="008769FA" w:rsidRDefault="00000000">
            <w:pPr>
              <w:spacing w:after="0" w:line="252" w:lineRule="auto"/>
            </w:pPr>
            <w:r>
              <w:rPr>
                <w:sz w:val="18"/>
              </w:rPr>
              <w:t>Project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9F29F0" w14:textId="77777777" w:rsidR="008769FA"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1E18B222" w14:textId="77777777" w:rsidR="008769FA" w:rsidRDefault="00000000">
            <w:pPr>
              <w:spacing w:after="0" w:line="252" w:lineRule="auto"/>
            </w:pPr>
            <w:r>
              <w:rPr>
                <w:sz w:val="18"/>
              </w:rPr>
              <w:t>[## days]</w:t>
            </w:r>
          </w:p>
        </w:tc>
      </w:tr>
      <w:tr w:rsidR="008769FA" w14:paraId="2AE6066D"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418A210E" w14:textId="77777777" w:rsidR="008769FA" w:rsidRDefault="00000000">
            <w:pPr>
              <w:spacing w:after="0" w:line="252" w:lineRule="auto"/>
            </w:pPr>
            <w:r>
              <w:rPr>
                <w:sz w:val="18"/>
              </w:rPr>
              <w:t>Prototype / design approval</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6B22F731" w14:textId="77777777" w:rsidR="008769FA"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3771FC3A" w14:textId="77777777" w:rsidR="008769FA" w:rsidRDefault="00000000">
            <w:pPr>
              <w:spacing w:after="0" w:line="252" w:lineRule="auto"/>
            </w:pPr>
            <w:r>
              <w:rPr>
                <w:sz w:val="18"/>
              </w:rPr>
              <w:t>[## days]</w:t>
            </w:r>
          </w:p>
        </w:tc>
      </w:tr>
      <w:tr w:rsidR="008769FA" w14:paraId="30CBACBE" w14:textId="77777777">
        <w:tc>
          <w:tcPr>
            <w:tcW w:w="43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559156C4" w14:textId="77777777" w:rsidR="008769FA" w:rsidRDefault="00000000">
            <w:pPr>
              <w:spacing w:after="0" w:line="252" w:lineRule="auto"/>
            </w:pPr>
            <w:r>
              <w:rPr>
                <w:sz w:val="18"/>
              </w:rPr>
              <w:t>UAT commencement</w:t>
            </w:r>
          </w:p>
        </w:tc>
        <w:tc>
          <w:tcPr>
            <w:tcW w:w="260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43BA8EDF" w14:textId="77777777" w:rsidR="008769FA"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6707C98A" w14:textId="77777777" w:rsidR="008769FA" w:rsidRDefault="00000000">
            <w:pPr>
              <w:spacing w:after="0" w:line="252" w:lineRule="auto"/>
            </w:pPr>
            <w:r>
              <w:rPr>
                <w:sz w:val="18"/>
              </w:rPr>
              <w:t>[## days]</w:t>
            </w:r>
          </w:p>
        </w:tc>
      </w:tr>
      <w:tr w:rsidR="008769FA" w14:paraId="4A3F4970" w14:textId="77777777">
        <w:tc>
          <w:tcPr>
            <w:tcW w:w="43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0AEC74C" w14:textId="77777777" w:rsidR="008769FA" w:rsidRDefault="00000000">
            <w:pPr>
              <w:spacing w:after="0" w:line="252" w:lineRule="auto"/>
            </w:pPr>
            <w:r>
              <w:rPr>
                <w:sz w:val="18"/>
              </w:rPr>
              <w:t>Go-live / handover</w:t>
            </w:r>
          </w:p>
        </w:tc>
        <w:tc>
          <w:tcPr>
            <w:tcW w:w="260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1C207305" w14:textId="77777777" w:rsidR="008769FA" w:rsidRDefault="00000000">
            <w:pPr>
              <w:spacing w:after="0" w:line="252" w:lineRule="auto"/>
            </w:pPr>
            <w:r>
              <w:rPr>
                <w:sz w:val="18"/>
              </w:rPr>
              <w:t>[##% / CUR 0.00]</w:t>
            </w:r>
          </w:p>
        </w:tc>
        <w:tc>
          <w:tcPr>
            <w:tcW w:w="2460" w:type="dxa"/>
            <w:tcBorders>
              <w:top w:val="single" w:sz="6" w:space="0" w:color="D7E2E8"/>
              <w:left w:val="single" w:sz="6" w:space="0" w:color="D7E2E8"/>
              <w:bottom w:val="single" w:sz="6" w:space="0" w:color="D7E2E8"/>
              <w:right w:val="single" w:sz="6" w:space="0" w:color="D7E2E8"/>
            </w:tcBorders>
            <w:shd w:val="clear" w:color="auto" w:fill="F2F6F8"/>
            <w:tcMar>
              <w:top w:w="100" w:type="dxa"/>
              <w:left w:w="130" w:type="dxa"/>
              <w:bottom w:w="100" w:type="dxa"/>
              <w:right w:w="130" w:type="dxa"/>
            </w:tcMar>
            <w:vAlign w:val="center"/>
          </w:tcPr>
          <w:p w14:paraId="23E95A70" w14:textId="77777777" w:rsidR="008769FA" w:rsidRDefault="00000000">
            <w:pPr>
              <w:spacing w:after="0" w:line="252" w:lineRule="auto"/>
            </w:pPr>
            <w:r>
              <w:rPr>
                <w:sz w:val="18"/>
              </w:rPr>
              <w:t>[## days]</w:t>
            </w:r>
          </w:p>
        </w:tc>
      </w:tr>
    </w:tbl>
    <w:p w14:paraId="78F123DA" w14:textId="77777777" w:rsidR="008769FA" w:rsidRDefault="008769FA">
      <w:pPr>
        <w:spacing w:after="20"/>
      </w:pPr>
    </w:p>
    <w:p w14:paraId="55F95E0D" w14:textId="77777777" w:rsidR="008769FA" w:rsidRDefault="00000000">
      <w:pPr>
        <w:pStyle w:val="Heading2"/>
      </w:pPr>
      <w:r>
        <w:t>Hosting &amp; Support Options</w:t>
      </w:r>
    </w:p>
    <w:p w14:paraId="5A99FC4D" w14:textId="77777777" w:rsidR="008769FA" w:rsidRDefault="00000000">
      <w:pPr>
        <w:pStyle w:val="ListBullet"/>
      </w:pPr>
      <w:r>
        <w:t>FimriQ managed hosting: [scope, fee and service window].</w:t>
      </w:r>
    </w:p>
    <w:p w14:paraId="6070FF2C" w14:textId="77777777" w:rsidR="008769FA" w:rsidRDefault="00000000">
      <w:pPr>
        <w:pStyle w:val="ListBullet"/>
      </w:pPr>
      <w:r>
        <w:t>Cloud application hosting: [environment, usage assumptions and fee].</w:t>
      </w:r>
    </w:p>
    <w:p w14:paraId="69FA15B8" w14:textId="77777777" w:rsidR="008769FA" w:rsidRDefault="00000000">
      <w:pPr>
        <w:pStyle w:val="ListBullet"/>
      </w:pPr>
      <w:r>
        <w:t>Client-owned hosting: [deployment responsibilities and support boundary].</w:t>
      </w:r>
    </w:p>
    <w:p w14:paraId="3A2032C6" w14:textId="77777777" w:rsidR="008769FA" w:rsidRDefault="00000000">
      <w:pPr>
        <w:pStyle w:val="ListBullet"/>
      </w:pPr>
      <w:r>
        <w:t>Support plan: [Essential / Business / Premium / On-demand], with agreed response targets and included allowance.</w:t>
      </w:r>
    </w:p>
    <w:p w14:paraId="0048A43C" w14:textId="77777777" w:rsidR="008769FA" w:rsidRDefault="00000000">
      <w:r>
        <w:br w:type="page"/>
      </w:r>
    </w:p>
    <w:p w14:paraId="7DD13E27" w14:textId="77777777" w:rsidR="008769FA" w:rsidRDefault="00000000">
      <w:pPr>
        <w:pStyle w:val="Heading1"/>
      </w:pPr>
      <w:r>
        <w:lastRenderedPageBreak/>
        <w:t>7. Commercial Terms &amp; Acceptance</w:t>
      </w:r>
    </w:p>
    <w:p w14:paraId="5F4A4C63" w14:textId="77777777" w:rsidR="008769FA" w:rsidRDefault="00000000">
      <w:pPr>
        <w:pStyle w:val="Heading2"/>
      </w:pPr>
      <w:r>
        <w:t>Key Assumptions and Exclusions</w:t>
      </w:r>
    </w:p>
    <w:p w14:paraId="406161AF" w14:textId="77777777" w:rsidR="008769FA" w:rsidRDefault="00000000">
      <w:pPr>
        <w:pStyle w:val="ListBullet"/>
      </w:pPr>
      <w:r>
        <w:t>Only items expressly included in the signed scope are included.</w:t>
      </w:r>
    </w:p>
    <w:p w14:paraId="72ED49BE" w14:textId="77777777" w:rsidR="008769FA" w:rsidRDefault="00000000">
      <w:pPr>
        <w:pStyle w:val="ListBullet"/>
      </w:pPr>
      <w:r>
        <w:t>Third-party licences, transaction charges, app-store fees, domains, email, paid media and external testing are excluded unless stated.</w:t>
      </w:r>
    </w:p>
    <w:p w14:paraId="1432EFB1" w14:textId="77777777" w:rsidR="008769FA" w:rsidRDefault="00000000">
      <w:pPr>
        <w:pStyle w:val="ListBullet"/>
      </w:pPr>
      <w:r>
        <w:t>The client confirms it has rights to supplied content, data and brand assets.</w:t>
      </w:r>
    </w:p>
    <w:p w14:paraId="012221E9" w14:textId="77777777" w:rsidR="008769FA" w:rsidRDefault="00000000">
      <w:pPr>
        <w:pStyle w:val="ListBullet"/>
      </w:pPr>
      <w:r>
        <w:t>Material changes follow a written change request showing price and schedule impact.</w:t>
      </w:r>
    </w:p>
    <w:p w14:paraId="157B9B7F" w14:textId="77777777" w:rsidR="008769FA" w:rsidRDefault="00000000">
      <w:pPr>
        <w:pStyle w:val="ListBullet"/>
      </w:pPr>
      <w:r>
        <w:t>Proposal validity: [##] calendar days. Warranty: [##] days for reproducible defects against approved acceptance criteria.</w:t>
      </w:r>
    </w:p>
    <w:p w14:paraId="4209254A" w14:textId="77777777" w:rsidR="008769FA" w:rsidRDefault="00000000">
      <w:pPr>
        <w:pStyle w:val="Heading2"/>
      </w:pPr>
      <w:r>
        <w:t>Solution Acceptance Criteria</w:t>
      </w:r>
    </w:p>
    <w:p w14:paraId="73E8582A" w14:textId="77777777" w:rsidR="008769FA" w:rsidRDefault="00000000">
      <w:pPr>
        <w:pStyle w:val="ListBullet"/>
      </w:pPr>
      <w:r>
        <w:t>Approved sitemap, pages and CMS capabilities are delivered.</w:t>
      </w:r>
    </w:p>
    <w:p w14:paraId="338B4855" w14:textId="77777777" w:rsidR="008769FA" w:rsidRDefault="00000000">
      <w:pPr>
        <w:pStyle w:val="ListBullet"/>
      </w:pPr>
      <w:r>
        <w:t>Responsive behaviour is validated across agreed browsers and screen sizes.</w:t>
      </w:r>
    </w:p>
    <w:p w14:paraId="0162AF23" w14:textId="77777777" w:rsidR="008769FA" w:rsidRDefault="00000000">
      <w:pPr>
        <w:pStyle w:val="ListBullet"/>
      </w:pPr>
      <w:r>
        <w:t>Forms, analytics and expressly included integrations operate as approved.</w:t>
      </w:r>
    </w:p>
    <w:p w14:paraId="41E5856A" w14:textId="77777777" w:rsidR="008769FA" w:rsidRDefault="00000000">
      <w:pPr>
        <w:pStyle w:val="Heading2"/>
      </w:pPr>
      <w:r>
        <w:t>Ownership &amp; Confidentiality</w:t>
      </w:r>
    </w:p>
    <w:p w14:paraId="1D3C1A17" w14:textId="77777777" w:rsidR="008769FA" w:rsidRDefault="00000000">
      <w:r>
        <w:t>Ownership, source-code access, reusable components, third-party licences, client data and transition assistance will follow [SELECT COMMERCIAL MODEL / GOVERNING AGREEMENT]. Each party will protect confidential information and use it only to evaluate or deliver the engagement.</w:t>
      </w:r>
    </w:p>
    <w:p w14:paraId="25C1967C" w14:textId="77777777" w:rsidR="008769FA" w:rsidRDefault="00000000">
      <w:pPr>
        <w:pStyle w:val="Heading2"/>
      </w:pPr>
      <w:r>
        <w:t>Acceptance</w:t>
      </w:r>
    </w:p>
    <w:tbl>
      <w:tblPr>
        <w:tblW w:w="9360" w:type="dxa"/>
        <w:tblInd w:w="120" w:type="dxa"/>
        <w:tblLayout w:type="fixed"/>
        <w:tblLook w:val="04A0" w:firstRow="1" w:lastRow="0" w:firstColumn="1" w:lastColumn="0" w:noHBand="0" w:noVBand="1"/>
      </w:tblPr>
      <w:tblGrid>
        <w:gridCol w:w="4680"/>
        <w:gridCol w:w="4680"/>
      </w:tblGrid>
      <w:tr w:rsidR="008769FA" w14:paraId="36C4F71D" w14:textId="77777777">
        <w:trPr>
          <w:tblHeader/>
        </w:trPr>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0EB6DA62" w14:textId="77777777" w:rsidR="008769FA" w:rsidRDefault="00000000">
            <w:pPr>
              <w:spacing w:after="0"/>
            </w:pPr>
            <w:r>
              <w:rPr>
                <w:b/>
                <w:color w:val="FFFFFF"/>
                <w:sz w:val="18"/>
              </w:rPr>
              <w:t>FOR THE CLIENT</w:t>
            </w:r>
          </w:p>
        </w:tc>
        <w:tc>
          <w:tcPr>
            <w:tcW w:w="4680" w:type="dxa"/>
            <w:tcBorders>
              <w:top w:val="single" w:sz="6" w:space="0" w:color="D7E2E8"/>
              <w:left w:val="single" w:sz="6" w:space="0" w:color="D7E2E8"/>
              <w:bottom w:val="single" w:sz="6" w:space="0" w:color="D7E2E8"/>
              <w:right w:val="single" w:sz="6" w:space="0" w:color="D7E2E8"/>
            </w:tcBorders>
            <w:shd w:val="clear" w:color="auto" w:fill="12304A"/>
            <w:tcMar>
              <w:top w:w="100" w:type="dxa"/>
              <w:left w:w="130" w:type="dxa"/>
              <w:bottom w:w="100" w:type="dxa"/>
              <w:right w:w="130" w:type="dxa"/>
            </w:tcMar>
            <w:vAlign w:val="center"/>
          </w:tcPr>
          <w:p w14:paraId="17E49215" w14:textId="77777777" w:rsidR="008769FA" w:rsidRDefault="00000000">
            <w:pPr>
              <w:spacing w:after="0"/>
            </w:pPr>
            <w:r>
              <w:rPr>
                <w:b/>
                <w:color w:val="FFFFFF"/>
                <w:sz w:val="18"/>
              </w:rPr>
              <w:t>FOR FIMRIQ PVT LTD</w:t>
            </w:r>
          </w:p>
        </w:tc>
      </w:tr>
      <w:tr w:rsidR="008769FA" w14:paraId="1D4B6945" w14:textId="77777777">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3D48D1F3" w14:textId="77777777" w:rsidR="008769FA"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c>
          <w:tcPr>
            <w:tcW w:w="4680" w:type="dxa"/>
            <w:tcBorders>
              <w:top w:val="single" w:sz="6" w:space="0" w:color="D7E2E8"/>
              <w:left w:val="single" w:sz="6" w:space="0" w:color="D7E2E8"/>
              <w:bottom w:val="single" w:sz="6" w:space="0" w:color="D7E2E8"/>
              <w:right w:val="single" w:sz="6" w:space="0" w:color="D7E2E8"/>
            </w:tcBorders>
            <w:shd w:val="clear" w:color="auto" w:fill="FFFFFF"/>
            <w:tcMar>
              <w:top w:w="100" w:type="dxa"/>
              <w:left w:w="130" w:type="dxa"/>
              <w:bottom w:w="100" w:type="dxa"/>
              <w:right w:w="130" w:type="dxa"/>
            </w:tcMar>
            <w:vAlign w:val="center"/>
          </w:tcPr>
          <w:p w14:paraId="2DAB3CE2" w14:textId="77777777" w:rsidR="008769FA" w:rsidRDefault="00000000">
            <w:pPr>
              <w:spacing w:after="0" w:line="252" w:lineRule="auto"/>
            </w:pPr>
            <w:r>
              <w:rPr>
                <w:sz w:val="18"/>
              </w:rPr>
              <w:t>Name: [NAME]</w:t>
            </w:r>
            <w:r>
              <w:rPr>
                <w:sz w:val="18"/>
              </w:rPr>
              <w:br/>
              <w:t>Title: [TITLE]</w:t>
            </w:r>
            <w:r>
              <w:rPr>
                <w:sz w:val="18"/>
              </w:rPr>
              <w:br/>
              <w:t>Signature: ____________________</w:t>
            </w:r>
            <w:r>
              <w:rPr>
                <w:sz w:val="18"/>
              </w:rPr>
              <w:br/>
              <w:t>Date: _________________________</w:t>
            </w:r>
          </w:p>
        </w:tc>
      </w:tr>
    </w:tbl>
    <w:p w14:paraId="71123443" w14:textId="77777777" w:rsidR="008769FA" w:rsidRDefault="008769FA">
      <w:pPr>
        <w:spacing w:after="20"/>
      </w:pPr>
    </w:p>
    <w:p w14:paraId="626BD105" w14:textId="77777777" w:rsidR="008769FA" w:rsidRDefault="00000000">
      <w:pPr>
        <w:pStyle w:val="Heading2"/>
      </w:pPr>
      <w:r>
        <w:t>FimriQ Contact Details</w:t>
      </w:r>
    </w:p>
    <w:p w14:paraId="5D3E8F32" w14:textId="77777777" w:rsidR="008769FA" w:rsidRDefault="00000000">
      <w:r>
        <w:rPr>
          <w:b/>
          <w:color w:val="12304A"/>
          <w:sz w:val="20"/>
        </w:rPr>
        <w:t>FimriQ PVT LTD | No.66-1/1, Galle Road, Dehiwela North, Sri Lanka</w:t>
      </w:r>
    </w:p>
    <w:p w14:paraId="44085DF6" w14:textId="77777777" w:rsidR="008769FA" w:rsidRDefault="00000000">
      <w:r>
        <w:t>WhatsApp +94 761 999 968 | Phone +94 117 037 132 | Fax +94 112 720 987</w:t>
      </w:r>
    </w:p>
    <w:p w14:paraId="10097652" w14:textId="77777777" w:rsidR="008769FA" w:rsidRDefault="00000000">
      <w:r>
        <w:rPr>
          <w:b/>
          <w:color w:val="00A7A5"/>
          <w:sz w:val="20"/>
        </w:rPr>
        <w:t>enquiry@fimriq.com | fimriq.com</w:t>
      </w:r>
    </w:p>
    <w:sectPr w:rsidR="008769FA" w:rsidSect="00034616">
      <w:headerReference w:type="default" r:id="rId8"/>
      <w:footerReference w:type="default" r:id="rId9"/>
      <w:pgSz w:w="12240" w:h="15840"/>
      <w:pgMar w:top="1152"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391A3" w14:textId="77777777" w:rsidR="000C5157" w:rsidRDefault="000C5157">
      <w:pPr>
        <w:spacing w:after="0" w:line="240" w:lineRule="auto"/>
      </w:pPr>
      <w:r>
        <w:separator/>
      </w:r>
    </w:p>
  </w:endnote>
  <w:endnote w:type="continuationSeparator" w:id="0">
    <w:p w14:paraId="7435250E" w14:textId="77777777" w:rsidR="000C5157" w:rsidRDefault="000C5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8ED34" w14:textId="77777777" w:rsidR="008769FA" w:rsidRDefault="00000000">
    <w:pPr>
      <w:pStyle w:val="Footer"/>
      <w:jc w:val="right"/>
    </w:pPr>
    <w:r>
      <w:rPr>
        <w:b/>
        <w:color w:val="617584"/>
        <w:sz w:val="16"/>
      </w:rPr>
      <w:t xml:space="preserve">CONFIDENTIAL  |  </w:t>
    </w:r>
    <w:r>
      <w:fldChar w:fldCharType="begin"/>
    </w:r>
    <w:r>
      <w:instrText>PAGE</w:instrText>
    </w:r>
    <w:r>
      <w:fldChar w:fldCharType="separate"/>
    </w:r>
    <w:r w:rsidR="0078044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D6F2B" w14:textId="77777777" w:rsidR="000C5157" w:rsidRDefault="000C5157">
      <w:pPr>
        <w:spacing w:after="0" w:line="240" w:lineRule="auto"/>
      </w:pPr>
      <w:r>
        <w:separator/>
      </w:r>
    </w:p>
  </w:footnote>
  <w:footnote w:type="continuationSeparator" w:id="0">
    <w:p w14:paraId="243C1C66" w14:textId="77777777" w:rsidR="000C5157" w:rsidRDefault="000C5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59B0B" w14:textId="0D3F3C27" w:rsidR="008769FA" w:rsidRPr="00780444" w:rsidRDefault="00780444" w:rsidP="00780444">
    <w:pPr>
      <w:spacing w:after="1000"/>
    </w:pPr>
    <w:bookmarkStart w:id="0" w:name="_Hlk238749055"/>
    <w:bookmarkStart w:id="1" w:name="_Hlk238749056"/>
    <w:r>
      <w:rPr>
        <w:noProof/>
      </w:rPr>
      <w:drawing>
        <wp:anchor distT="0" distB="0" distL="114300" distR="114300" simplePos="0" relativeHeight="251658240" behindDoc="0" locked="0" layoutInCell="1" allowOverlap="1" wp14:anchorId="0B7A7168" wp14:editId="63076D18">
          <wp:simplePos x="0" y="0"/>
          <wp:positionH relativeFrom="column">
            <wp:posOffset>5207000</wp:posOffset>
          </wp:positionH>
          <wp:positionV relativeFrom="paragraph">
            <wp:posOffset>-74295</wp:posOffset>
          </wp:positionV>
          <wp:extent cx="980440" cy="4889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044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Pr>
        <w:b/>
        <w:color w:val="617584"/>
        <w:sz w:val="18"/>
      </w:rPr>
      <w:t>CUSTOMBUILD</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5910233">
    <w:abstractNumId w:val="8"/>
  </w:num>
  <w:num w:numId="2" w16cid:durableId="450247991">
    <w:abstractNumId w:val="6"/>
  </w:num>
  <w:num w:numId="3" w16cid:durableId="474834995">
    <w:abstractNumId w:val="5"/>
  </w:num>
  <w:num w:numId="4" w16cid:durableId="1870146457">
    <w:abstractNumId w:val="4"/>
  </w:num>
  <w:num w:numId="5" w16cid:durableId="105348355">
    <w:abstractNumId w:val="7"/>
  </w:num>
  <w:num w:numId="6" w16cid:durableId="1142307445">
    <w:abstractNumId w:val="3"/>
  </w:num>
  <w:num w:numId="7" w16cid:durableId="1470782413">
    <w:abstractNumId w:val="2"/>
  </w:num>
  <w:num w:numId="8" w16cid:durableId="67653803">
    <w:abstractNumId w:val="1"/>
  </w:num>
  <w:num w:numId="9" w16cid:durableId="1730884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5157"/>
    <w:rsid w:val="0015074B"/>
    <w:rsid w:val="0029639D"/>
    <w:rsid w:val="00326F90"/>
    <w:rsid w:val="00494FFC"/>
    <w:rsid w:val="00780444"/>
    <w:rsid w:val="008769F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FB9C70"/>
  <w14:defaultImageDpi w14:val="300"/>
  <w15:docId w15:val="{7A2B3103-8147-4C4C-A51A-37BE25AE4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78" w:lineRule="auto"/>
    </w:pPr>
    <w:rPr>
      <w:rFonts w:ascii="Aptos" w:hAnsi="Aptos"/>
      <w:color w:val="263746"/>
      <w:sz w:val="21"/>
    </w:rPr>
  </w:style>
  <w:style w:type="paragraph" w:styleId="Heading1">
    <w:name w:val="heading 1"/>
    <w:basedOn w:val="Normal"/>
    <w:next w:val="Normal"/>
    <w:link w:val="Heading1Char"/>
    <w:uiPriority w:val="9"/>
    <w:qFormat/>
    <w:rsid w:val="00FC693F"/>
    <w:pPr>
      <w:keepNext/>
      <w:keepLines/>
      <w:spacing w:before="360" w:after="180"/>
      <w:outlineLvl w:val="0"/>
    </w:pPr>
    <w:rPr>
      <w:rFonts w:asciiTheme="majorHAnsi" w:eastAsiaTheme="majorEastAsia" w:hAnsiTheme="majorHAnsi" w:cstheme="majorBidi"/>
      <w:b/>
      <w:bCs/>
      <w:color w:val="12304A"/>
      <w:sz w:val="36"/>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b/>
      <w:bCs/>
      <w:color w:val="00A7A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12304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2304A"/>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00"/>
    </w:pPr>
    <w:rPr>
      <w:rFonts w:asciiTheme="majorHAnsi" w:eastAsiaTheme="majorEastAsia" w:hAnsiTheme="majorHAnsi" w:cstheme="majorBidi"/>
      <w:i/>
      <w:iCs/>
      <w:color w:val="617584"/>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547" w:hanging="274"/>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547" w:hanging="274"/>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FimriQ CustomBuild - Company Website Proposal</dc:title>
  <dc:subject/>
  <dc:creator>FimriQ PVT LTD</dc:creator>
  <cp:keywords/>
  <dc:description>generated by python-docx</dc:description>
  <cp:lastModifiedBy>Zahran Nidam</cp:lastModifiedBy>
  <cp:revision>2</cp:revision>
  <dcterms:created xsi:type="dcterms:W3CDTF">2013-12-23T23:15:00Z</dcterms:created>
  <dcterms:modified xsi:type="dcterms:W3CDTF">2026-08-27T13:21:00Z</dcterms:modified>
  <cp:category/>
</cp:coreProperties>
</file>