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072E" w14:textId="77777777" w:rsidR="00746FF4" w:rsidRDefault="00000000">
      <w:pPr>
        <w:spacing w:after="160"/>
      </w:pPr>
      <w:r>
        <w:rPr>
          <w:b/>
          <w:color w:val="12304A"/>
          <w:sz w:val="62"/>
        </w:rPr>
        <w:t>ERP Web Application</w:t>
      </w:r>
    </w:p>
    <w:p w14:paraId="2CF2625A" w14:textId="77777777" w:rsidR="00746FF4" w:rsidRDefault="00000000">
      <w:pPr>
        <w:spacing w:after="640"/>
      </w:pPr>
      <w:r>
        <w:rPr>
          <w:color w:val="617584"/>
          <w:sz w:val="28"/>
        </w:rPr>
        <w:t>A modular operations platform connecting people, processes and information.</w:t>
      </w:r>
    </w:p>
    <w:tbl>
      <w:tblPr>
        <w:tblW w:w="9360" w:type="dxa"/>
        <w:tblInd w:w="120" w:type="dxa"/>
        <w:tblLayout w:type="fixed"/>
        <w:tblLook w:val="04A0" w:firstRow="1" w:lastRow="0" w:firstColumn="1" w:lastColumn="0" w:noHBand="0" w:noVBand="1"/>
      </w:tblPr>
      <w:tblGrid>
        <w:gridCol w:w="9360"/>
      </w:tblGrid>
      <w:tr w:rsidR="00746FF4" w14:paraId="369B4F64"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69B3ED16" w14:textId="77777777" w:rsidR="00746FF4" w:rsidRDefault="00000000">
            <w:pPr>
              <w:spacing w:after="0"/>
            </w:pPr>
            <w:r>
              <w:rPr>
                <w:b/>
                <w:color w:val="12304A"/>
                <w:sz w:val="20"/>
              </w:rPr>
              <w:t xml:space="preserve">PROPOSAL PURPOSE  </w:t>
            </w:r>
            <w:r>
              <w:rPr>
                <w:sz w:val="20"/>
              </w:rPr>
              <w:t>A configurable erp web application proposal for [CLIENT LEGAL NAME], prepared for discussion and client-specific scoping.</w:t>
            </w:r>
          </w:p>
        </w:tc>
      </w:tr>
    </w:tbl>
    <w:p w14:paraId="7F418677" w14:textId="77777777" w:rsidR="00746FF4" w:rsidRDefault="00746FF4">
      <w:pPr>
        <w:spacing w:after="0"/>
      </w:pPr>
    </w:p>
    <w:p w14:paraId="0FD08CF4" w14:textId="77777777" w:rsidR="00746FF4" w:rsidRDefault="00000000">
      <w:pPr>
        <w:spacing w:after="40"/>
      </w:pPr>
      <w:r>
        <w:rPr>
          <w:b/>
          <w:color w:val="617584"/>
          <w:sz w:val="18"/>
        </w:rPr>
        <w:t>Prepared for</w:t>
      </w:r>
    </w:p>
    <w:p w14:paraId="4EBC1AB9" w14:textId="77777777" w:rsidR="00746FF4"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746FF4" w14:paraId="4C34BD96"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159F9E2" w14:textId="77777777" w:rsidR="00746FF4"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3D4224E" w14:textId="77777777" w:rsidR="00746FF4" w:rsidRDefault="00000000">
            <w:pPr>
              <w:spacing w:after="0"/>
            </w:pPr>
            <w:r>
              <w:rPr>
                <w:b/>
                <w:color w:val="FFFFFF"/>
                <w:sz w:val="18"/>
              </w:rPr>
              <w:t>VALUE</w:t>
            </w:r>
          </w:p>
        </w:tc>
      </w:tr>
      <w:tr w:rsidR="00746FF4" w14:paraId="300A800E"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5A06A0" w14:textId="77777777" w:rsidR="00746FF4"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BCE783" w14:textId="77777777" w:rsidR="00746FF4" w:rsidRDefault="00000000">
            <w:pPr>
              <w:spacing w:after="0" w:line="252" w:lineRule="auto"/>
            </w:pPr>
            <w:r>
              <w:rPr>
                <w:sz w:val="18"/>
              </w:rPr>
              <w:t>[PROJECT NAME]</w:t>
            </w:r>
          </w:p>
        </w:tc>
      </w:tr>
      <w:tr w:rsidR="00746FF4" w14:paraId="514ABAFC"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DF6F7B" w14:textId="77777777" w:rsidR="00746FF4"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C485B9" w14:textId="77777777" w:rsidR="00746FF4" w:rsidRDefault="00000000">
            <w:pPr>
              <w:spacing w:after="0" w:line="252" w:lineRule="auto"/>
            </w:pPr>
            <w:r>
              <w:rPr>
                <w:sz w:val="18"/>
              </w:rPr>
              <w:t>[DD Month YYYY]</w:t>
            </w:r>
          </w:p>
        </w:tc>
      </w:tr>
      <w:tr w:rsidR="00746FF4" w14:paraId="655560B7"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F438E7" w14:textId="77777777" w:rsidR="00746FF4"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637CA36" w14:textId="77777777" w:rsidR="00746FF4" w:rsidRDefault="00000000">
            <w:pPr>
              <w:spacing w:after="0" w:line="252" w:lineRule="auto"/>
            </w:pPr>
            <w:r>
              <w:rPr>
                <w:sz w:val="18"/>
              </w:rPr>
              <w:t>[FIMRIQ/05/YYYY/###]</w:t>
            </w:r>
          </w:p>
        </w:tc>
      </w:tr>
      <w:tr w:rsidR="00746FF4" w14:paraId="073DB8C7"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76C4A4A" w14:textId="77777777" w:rsidR="00746FF4"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06AAB63" w14:textId="77777777" w:rsidR="00746FF4" w:rsidRDefault="00000000">
            <w:pPr>
              <w:spacing w:after="0" w:line="252" w:lineRule="auto"/>
            </w:pPr>
            <w:r>
              <w:rPr>
                <w:sz w:val="18"/>
              </w:rPr>
              <w:t>[CLIENT CONTACT, TITLE]</w:t>
            </w:r>
          </w:p>
        </w:tc>
      </w:tr>
      <w:tr w:rsidR="00746FF4" w14:paraId="16191A03"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5E66C87" w14:textId="77777777" w:rsidR="00746FF4"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DE66C3" w14:textId="77777777" w:rsidR="00746FF4" w:rsidRDefault="00000000">
            <w:pPr>
              <w:spacing w:after="0" w:line="252" w:lineRule="auto"/>
            </w:pPr>
            <w:r>
              <w:rPr>
                <w:sz w:val="18"/>
              </w:rPr>
              <w:t>FimriQ PVT LTD</w:t>
            </w:r>
          </w:p>
        </w:tc>
      </w:tr>
      <w:tr w:rsidR="00746FF4" w14:paraId="5814ECF4"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07B064" w14:textId="77777777" w:rsidR="00746FF4"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06DB39" w14:textId="77777777" w:rsidR="00746FF4" w:rsidRDefault="00000000">
            <w:pPr>
              <w:spacing w:after="0" w:line="252" w:lineRule="auto"/>
            </w:pPr>
            <w:r>
              <w:rPr>
                <w:sz w:val="18"/>
              </w:rPr>
              <w:t>[## calendar days]</w:t>
            </w:r>
          </w:p>
        </w:tc>
      </w:tr>
    </w:tbl>
    <w:p w14:paraId="35D31EEA" w14:textId="77777777" w:rsidR="00746FF4" w:rsidRDefault="00746FF4">
      <w:pPr>
        <w:spacing w:after="20"/>
      </w:pPr>
    </w:p>
    <w:p w14:paraId="7F55BB6A" w14:textId="77777777" w:rsidR="00746FF4" w:rsidRDefault="00000000">
      <w:pPr>
        <w:spacing w:after="0"/>
        <w:jc w:val="center"/>
      </w:pPr>
      <w:r>
        <w:rPr>
          <w:b/>
          <w:color w:val="617584"/>
          <w:sz w:val="16"/>
        </w:rPr>
        <w:t>CONFIDENTIAL - Prepared exclusively for the named client.</w:t>
      </w:r>
    </w:p>
    <w:p w14:paraId="1703CB7E" w14:textId="77777777" w:rsidR="00746FF4" w:rsidRDefault="00000000">
      <w:r>
        <w:br w:type="page"/>
      </w:r>
    </w:p>
    <w:p w14:paraId="07A26F87" w14:textId="77777777" w:rsidR="00746FF4" w:rsidRDefault="00000000">
      <w:pPr>
        <w:pStyle w:val="Heading1"/>
      </w:pPr>
      <w:r>
        <w:lastRenderedPageBreak/>
        <w:t>1. Executive Summary</w:t>
      </w:r>
    </w:p>
    <w:p w14:paraId="7D9D3DD8" w14:textId="77777777" w:rsidR="00746FF4" w:rsidRDefault="00000000">
      <w:r>
        <w:t>FimriQ proposes a phased ERP web application for [CLIENT NAME] to unify selected operational processes, reduce fragmented records and improve control and reporting across authorised teams.</w:t>
      </w:r>
    </w:p>
    <w:tbl>
      <w:tblPr>
        <w:tblW w:w="9360" w:type="dxa"/>
        <w:tblInd w:w="120" w:type="dxa"/>
        <w:tblLayout w:type="fixed"/>
        <w:tblLook w:val="04A0" w:firstRow="1" w:lastRow="0" w:firstColumn="1" w:lastColumn="0" w:noHBand="0" w:noVBand="1"/>
      </w:tblPr>
      <w:tblGrid>
        <w:gridCol w:w="9360"/>
      </w:tblGrid>
      <w:tr w:rsidR="00746FF4" w14:paraId="6F6CEABB"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145A8354" w14:textId="77777777" w:rsidR="00746FF4"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4075F122" w14:textId="77777777" w:rsidR="00746FF4" w:rsidRDefault="00746FF4">
      <w:pPr>
        <w:spacing w:after="0"/>
      </w:pPr>
    </w:p>
    <w:p w14:paraId="07B08018" w14:textId="77777777" w:rsidR="00746FF4"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746FF4" w14:paraId="28F4C1FE"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92ECAEC" w14:textId="77777777" w:rsidR="00746FF4"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32B8E09" w14:textId="77777777" w:rsidR="00746FF4" w:rsidRDefault="00000000">
            <w:pPr>
              <w:spacing w:after="0"/>
            </w:pPr>
            <w:r>
              <w:rPr>
                <w:b/>
                <w:color w:val="FFFFFF"/>
                <w:sz w:val="18"/>
              </w:rPr>
              <w:t>CURRENT UNDERSTANDING</w:t>
            </w:r>
          </w:p>
        </w:tc>
      </w:tr>
      <w:tr w:rsidR="00746FF4" w14:paraId="38D545E3"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0C2F521" w14:textId="77777777" w:rsidR="00746FF4"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242D43E" w14:textId="77777777" w:rsidR="00746FF4" w:rsidRDefault="00000000">
            <w:pPr>
              <w:spacing w:after="0" w:line="252" w:lineRule="auto"/>
            </w:pPr>
            <w:r>
              <w:rPr>
                <w:sz w:val="18"/>
              </w:rPr>
              <w:t>[What should this solution achieve?]</w:t>
            </w:r>
          </w:p>
        </w:tc>
      </w:tr>
      <w:tr w:rsidR="00746FF4" w14:paraId="2DFA1D4F"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E6D680" w14:textId="77777777" w:rsidR="00746FF4"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BFDFD0" w14:textId="77777777" w:rsidR="00746FF4" w:rsidRDefault="00000000">
            <w:pPr>
              <w:spacing w:after="0" w:line="252" w:lineRule="auto"/>
            </w:pPr>
            <w:r>
              <w:rPr>
                <w:sz w:val="18"/>
              </w:rPr>
              <w:t>Operations, procurement, inventory, finance support, sales, HR, management and system administrators.</w:t>
            </w:r>
          </w:p>
        </w:tc>
      </w:tr>
      <w:tr w:rsidR="00746FF4" w14:paraId="483D1A1D"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432528" w14:textId="77777777" w:rsidR="00746FF4"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F557FA" w14:textId="77777777" w:rsidR="00746FF4" w:rsidRDefault="00000000">
            <w:pPr>
              <w:spacing w:after="0" w:line="252" w:lineRule="auto"/>
            </w:pPr>
            <w:r>
              <w:rPr>
                <w:sz w:val="18"/>
              </w:rPr>
              <w:t>[List the most important user journeys]</w:t>
            </w:r>
          </w:p>
        </w:tc>
      </w:tr>
      <w:tr w:rsidR="00746FF4" w14:paraId="6ADD85A8"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B1FB3F5" w14:textId="77777777" w:rsidR="00746FF4"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47ADA6" w14:textId="77777777" w:rsidR="00746FF4" w:rsidRDefault="00000000">
            <w:pPr>
              <w:spacing w:after="0" w:line="252" w:lineRule="auto"/>
            </w:pPr>
            <w:r>
              <w:rPr>
                <w:sz w:val="18"/>
              </w:rPr>
              <w:t>[Owner, volume, readiness and migration needs]</w:t>
            </w:r>
          </w:p>
        </w:tc>
      </w:tr>
      <w:tr w:rsidR="00746FF4" w14:paraId="39525E91"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5D5B64" w14:textId="77777777" w:rsidR="00746FF4"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87F1C1" w14:textId="77777777" w:rsidR="00746FF4" w:rsidRDefault="00000000">
            <w:pPr>
              <w:spacing w:after="0" w:line="252" w:lineRule="auto"/>
            </w:pPr>
            <w:r>
              <w:rPr>
                <w:sz w:val="18"/>
              </w:rPr>
              <w:t>[Systems, services or APIs]</w:t>
            </w:r>
          </w:p>
        </w:tc>
      </w:tr>
      <w:tr w:rsidR="00746FF4" w14:paraId="13E809CC"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02B845" w14:textId="77777777" w:rsidR="00746FF4"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B63EF82" w14:textId="77777777" w:rsidR="00746FF4" w:rsidRDefault="00000000">
            <w:pPr>
              <w:spacing w:after="0" w:line="252" w:lineRule="auto"/>
            </w:pPr>
            <w:r>
              <w:rPr>
                <w:sz w:val="18"/>
              </w:rPr>
              <w:t>[Date / window]</w:t>
            </w:r>
          </w:p>
        </w:tc>
      </w:tr>
      <w:tr w:rsidR="00746FF4" w14:paraId="3697BA04"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CC9A18" w14:textId="77777777" w:rsidR="00746FF4"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F407366" w14:textId="77777777" w:rsidR="00746FF4" w:rsidRDefault="00000000">
            <w:pPr>
              <w:spacing w:after="0" w:line="252" w:lineRule="auto"/>
            </w:pPr>
            <w:r>
              <w:rPr>
                <w:sz w:val="18"/>
              </w:rPr>
              <w:t>[Leads, sales, adoption, efficiency or service measures]</w:t>
            </w:r>
          </w:p>
        </w:tc>
      </w:tr>
    </w:tbl>
    <w:p w14:paraId="75C7FA80" w14:textId="77777777" w:rsidR="00746FF4" w:rsidRDefault="00746FF4">
      <w:pPr>
        <w:spacing w:after="20"/>
      </w:pPr>
    </w:p>
    <w:p w14:paraId="13E1F28B" w14:textId="77777777" w:rsidR="00746FF4" w:rsidRDefault="00000000">
      <w:pPr>
        <w:pStyle w:val="Heading2"/>
      </w:pPr>
      <w:r>
        <w:t>Business Outcomes</w:t>
      </w:r>
    </w:p>
    <w:p w14:paraId="5E2283A7" w14:textId="77777777" w:rsidR="00746FF4" w:rsidRDefault="00000000">
      <w:pPr>
        <w:pStyle w:val="ListBullet"/>
      </w:pPr>
      <w:r>
        <w:t>Create a clear, trustworthy experience aligned with the client brand.</w:t>
      </w:r>
    </w:p>
    <w:p w14:paraId="6D21909B" w14:textId="77777777" w:rsidR="00746FF4" w:rsidRDefault="00000000">
      <w:pPr>
        <w:pStyle w:val="ListBullet"/>
      </w:pPr>
      <w:r>
        <w:t>Make priority journeys easy to complete on desktop, tablet and mobile.</w:t>
      </w:r>
    </w:p>
    <w:p w14:paraId="3BB57C93" w14:textId="77777777" w:rsidR="00746FF4" w:rsidRDefault="00000000">
      <w:pPr>
        <w:pStyle w:val="ListBullet"/>
      </w:pPr>
      <w:r>
        <w:t>Provide practical administration and reporting for authorised users.</w:t>
      </w:r>
    </w:p>
    <w:p w14:paraId="3C78ED64" w14:textId="77777777" w:rsidR="00746FF4" w:rsidRDefault="00000000">
      <w:pPr>
        <w:pStyle w:val="ListBullet"/>
      </w:pPr>
      <w:r>
        <w:t>Launch with documented scope, testing, handover and an ongoing support path.</w:t>
      </w:r>
    </w:p>
    <w:p w14:paraId="0637F4F1" w14:textId="77777777" w:rsidR="00746FF4" w:rsidRDefault="00000000">
      <w:r>
        <w:br w:type="page"/>
      </w:r>
    </w:p>
    <w:p w14:paraId="2BBC6C56" w14:textId="77777777" w:rsidR="00746FF4" w:rsidRDefault="00000000">
      <w:pPr>
        <w:pStyle w:val="Heading1"/>
      </w:pPr>
      <w:r>
        <w:lastRenderedPageBreak/>
        <w:t>2. Proposed Solution &amp; Scope</w:t>
      </w:r>
    </w:p>
    <w:p w14:paraId="7694EE37" w14:textId="77777777" w:rsidR="00746FF4"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746FF4" w14:paraId="73C6F37A"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A839F0D" w14:textId="77777777" w:rsidR="00746FF4"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679A54B" w14:textId="77777777" w:rsidR="00746FF4" w:rsidRDefault="00000000">
            <w:pPr>
              <w:spacing w:after="0"/>
            </w:pPr>
            <w:r>
              <w:rPr>
                <w:b/>
                <w:color w:val="FFFFFF"/>
                <w:sz w:val="18"/>
              </w:rPr>
              <w:t>PROPOSED CAPABILITY</w:t>
            </w:r>
          </w:p>
        </w:tc>
      </w:tr>
      <w:tr w:rsidR="00746FF4" w14:paraId="3E8C4C24"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277893B" w14:textId="77777777" w:rsidR="00746FF4" w:rsidRDefault="00000000">
            <w:pPr>
              <w:spacing w:after="0" w:line="252" w:lineRule="auto"/>
            </w:pPr>
            <w:r>
              <w:rPr>
                <w:sz w:val="18"/>
              </w:rPr>
              <w:t>Master data</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D8644B" w14:textId="77777777" w:rsidR="00746FF4" w:rsidRDefault="00000000">
            <w:pPr>
              <w:spacing w:after="0" w:line="252" w:lineRule="auto"/>
            </w:pPr>
            <w:r>
              <w:rPr>
                <w:sz w:val="18"/>
              </w:rPr>
              <w:t>Customers, suppliers, items, locations, employees and configurable reference data.</w:t>
            </w:r>
          </w:p>
        </w:tc>
      </w:tr>
      <w:tr w:rsidR="00746FF4" w14:paraId="3B991F4A"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51D214" w14:textId="77777777" w:rsidR="00746FF4" w:rsidRDefault="00000000">
            <w:pPr>
              <w:spacing w:after="0" w:line="252" w:lineRule="auto"/>
            </w:pPr>
            <w:r>
              <w:rPr>
                <w:sz w:val="18"/>
              </w:rPr>
              <w:t>Procurement</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F50A4F" w14:textId="77777777" w:rsidR="00746FF4" w:rsidRDefault="00000000">
            <w:pPr>
              <w:spacing w:after="0" w:line="252" w:lineRule="auto"/>
            </w:pPr>
            <w:r>
              <w:rPr>
                <w:sz w:val="18"/>
              </w:rPr>
              <w:t>Requests, approvals, purchase orders, receipts and supplier records.</w:t>
            </w:r>
          </w:p>
        </w:tc>
      </w:tr>
      <w:tr w:rsidR="00746FF4" w14:paraId="787F5DAD"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522243" w14:textId="77777777" w:rsidR="00746FF4" w:rsidRDefault="00000000">
            <w:pPr>
              <w:spacing w:after="0" w:line="252" w:lineRule="auto"/>
            </w:pPr>
            <w:r>
              <w:rPr>
                <w:sz w:val="18"/>
              </w:rPr>
              <w:t>Inventory</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F95002" w14:textId="77777777" w:rsidR="00746FF4" w:rsidRDefault="00000000">
            <w:pPr>
              <w:spacing w:after="0" w:line="252" w:lineRule="auto"/>
            </w:pPr>
            <w:r>
              <w:rPr>
                <w:sz w:val="18"/>
              </w:rPr>
              <w:t>Stock movements, locations, adjustments, transfers and reorder visibility.</w:t>
            </w:r>
          </w:p>
        </w:tc>
      </w:tr>
      <w:tr w:rsidR="00746FF4" w14:paraId="00B2680B"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39A6EA" w14:textId="77777777" w:rsidR="00746FF4" w:rsidRDefault="00000000">
            <w:pPr>
              <w:spacing w:after="0" w:line="252" w:lineRule="auto"/>
            </w:pPr>
            <w:r>
              <w:rPr>
                <w:sz w:val="18"/>
              </w:rPr>
              <w:t>Sales &amp; fulfilment</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C53C98" w14:textId="77777777" w:rsidR="00746FF4" w:rsidRDefault="00000000">
            <w:pPr>
              <w:spacing w:after="0" w:line="252" w:lineRule="auto"/>
            </w:pPr>
            <w:r>
              <w:rPr>
                <w:sz w:val="18"/>
              </w:rPr>
              <w:t>Orders, allocations, dispatch status and related documents.</w:t>
            </w:r>
          </w:p>
        </w:tc>
      </w:tr>
      <w:tr w:rsidR="00746FF4" w14:paraId="794122C5"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74E12C9" w14:textId="77777777" w:rsidR="00746FF4" w:rsidRDefault="00000000">
            <w:pPr>
              <w:spacing w:after="0" w:line="252" w:lineRule="auto"/>
            </w:pPr>
            <w:r>
              <w:rPr>
                <w:sz w:val="18"/>
              </w:rPr>
              <w:t>Finance interfaces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93389FA" w14:textId="77777777" w:rsidR="00746FF4" w:rsidRDefault="00000000">
            <w:pPr>
              <w:spacing w:after="0" w:line="252" w:lineRule="auto"/>
            </w:pPr>
            <w:r>
              <w:rPr>
                <w:sz w:val="18"/>
              </w:rPr>
              <w:t>Invoices, payments/status or exports/integrations; not a substitute for statutory accounting unless expressly scoped.</w:t>
            </w:r>
          </w:p>
        </w:tc>
      </w:tr>
      <w:tr w:rsidR="00746FF4" w14:paraId="14D76342"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DFCF6F" w14:textId="77777777" w:rsidR="00746FF4" w:rsidRDefault="00000000">
            <w:pPr>
              <w:spacing w:after="0" w:line="252" w:lineRule="auto"/>
            </w:pPr>
            <w:r>
              <w:rPr>
                <w:sz w:val="18"/>
              </w:rPr>
              <w:t>People / HR workflows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25B681" w14:textId="77777777" w:rsidR="00746FF4" w:rsidRDefault="00000000">
            <w:pPr>
              <w:spacing w:after="0" w:line="252" w:lineRule="auto"/>
            </w:pPr>
            <w:r>
              <w:rPr>
                <w:sz w:val="18"/>
              </w:rPr>
              <w:t>Optional employee records, leave, attendance or approvals.</w:t>
            </w:r>
          </w:p>
        </w:tc>
      </w:tr>
      <w:tr w:rsidR="00746FF4" w14:paraId="7B64A825"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607A023" w14:textId="77777777" w:rsidR="00746FF4" w:rsidRDefault="00000000">
            <w:pPr>
              <w:spacing w:after="0" w:line="252" w:lineRule="auto"/>
            </w:pPr>
            <w:r>
              <w:rPr>
                <w:sz w:val="18"/>
              </w:rPr>
              <w:t>Dashboards &amp; reporting</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972B4C" w14:textId="77777777" w:rsidR="00746FF4" w:rsidRDefault="00000000">
            <w:pPr>
              <w:spacing w:after="0" w:line="252" w:lineRule="auto"/>
            </w:pPr>
            <w:r>
              <w:rPr>
                <w:sz w:val="18"/>
              </w:rPr>
              <w:t>Operational KPIs, exceptions, drill-down views and exports.</w:t>
            </w:r>
          </w:p>
        </w:tc>
      </w:tr>
      <w:tr w:rsidR="00746FF4" w14:paraId="2415B451"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9393B8" w14:textId="77777777" w:rsidR="00746FF4" w:rsidRDefault="00000000">
            <w:pPr>
              <w:spacing w:after="0" w:line="252" w:lineRule="auto"/>
            </w:pPr>
            <w:r>
              <w:rPr>
                <w:sz w:val="18"/>
              </w:rPr>
              <w:t>Administration &amp; controls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96D27C" w14:textId="77777777" w:rsidR="00746FF4" w:rsidRDefault="00000000">
            <w:pPr>
              <w:spacing w:after="0" w:line="252" w:lineRule="auto"/>
            </w:pPr>
            <w:r>
              <w:rPr>
                <w:sz w:val="18"/>
              </w:rPr>
              <w:t>Roles, approval limits, audit records, configuration and access management.</w:t>
            </w:r>
          </w:p>
        </w:tc>
      </w:tr>
    </w:tbl>
    <w:p w14:paraId="6FB35606" w14:textId="77777777" w:rsidR="00746FF4" w:rsidRDefault="00746FF4">
      <w:pPr>
        <w:spacing w:after="20"/>
      </w:pPr>
    </w:p>
    <w:p w14:paraId="4DF812C6" w14:textId="77777777" w:rsidR="00746FF4"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746FF4" w14:paraId="462AE1DD"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F513AA" w14:textId="77777777" w:rsidR="00746FF4"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5004384" w14:textId="77777777" w:rsidR="00746FF4" w:rsidRDefault="00000000">
            <w:pPr>
              <w:spacing w:after="0"/>
            </w:pPr>
            <w:r>
              <w:rPr>
                <w:b/>
                <w:color w:val="FFFFFF"/>
                <w:sz w:val="18"/>
              </w:rPr>
              <w:t>SELECTION</w:t>
            </w:r>
          </w:p>
        </w:tc>
      </w:tr>
      <w:tr w:rsidR="00746FF4" w14:paraId="697BD197"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27BCFD" w14:textId="77777777" w:rsidR="00746FF4"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D8A30B7" w14:textId="77777777" w:rsidR="00746FF4" w:rsidRDefault="00000000">
            <w:pPr>
              <w:spacing w:after="0" w:line="252" w:lineRule="auto"/>
            </w:pPr>
            <w:r>
              <w:rPr>
                <w:sz w:val="18"/>
              </w:rPr>
              <w:t>[SELECT TIER]</w:t>
            </w:r>
          </w:p>
        </w:tc>
      </w:tr>
      <w:tr w:rsidR="00746FF4" w14:paraId="48664EE6"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248A76" w14:textId="77777777" w:rsidR="00746FF4"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AE0AD54" w14:textId="77777777" w:rsidR="00746FF4" w:rsidRDefault="00000000">
            <w:pPr>
              <w:spacing w:after="0" w:line="252" w:lineRule="auto"/>
            </w:pPr>
            <w:r>
              <w:rPr>
                <w:sz w:val="18"/>
              </w:rPr>
              <w:t>[LIST]</w:t>
            </w:r>
          </w:p>
        </w:tc>
      </w:tr>
      <w:tr w:rsidR="00746FF4" w14:paraId="45D25B4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7EDB03D" w14:textId="77777777" w:rsidR="00746FF4"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8ED01B" w14:textId="77777777" w:rsidR="00746FF4" w:rsidRDefault="00000000">
            <w:pPr>
              <w:spacing w:after="0" w:line="252" w:lineRule="auto"/>
            </w:pPr>
            <w:r>
              <w:rPr>
                <w:sz w:val="18"/>
              </w:rPr>
              <w:t>[##]</w:t>
            </w:r>
          </w:p>
        </w:tc>
      </w:tr>
      <w:tr w:rsidR="00746FF4" w14:paraId="5616F078"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2046080" w14:textId="77777777" w:rsidR="00746FF4"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CF6E0B2" w14:textId="77777777" w:rsidR="00746FF4" w:rsidRDefault="00000000">
            <w:pPr>
              <w:spacing w:after="0" w:line="252" w:lineRule="auto"/>
            </w:pPr>
            <w:r>
              <w:rPr>
                <w:sz w:val="18"/>
              </w:rPr>
              <w:t>[LIST / N/A]</w:t>
            </w:r>
          </w:p>
        </w:tc>
      </w:tr>
      <w:tr w:rsidR="00746FF4" w14:paraId="27AD2F17"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140356" w14:textId="77777777" w:rsidR="00746FF4"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D0C89F" w14:textId="77777777" w:rsidR="00746FF4" w:rsidRDefault="00000000">
            <w:pPr>
              <w:spacing w:after="0" w:line="252" w:lineRule="auto"/>
            </w:pPr>
            <w:r>
              <w:rPr>
                <w:sz w:val="18"/>
              </w:rPr>
              <w:t>[LIST / NONE]</w:t>
            </w:r>
          </w:p>
        </w:tc>
      </w:tr>
      <w:tr w:rsidR="00746FF4" w14:paraId="2E252F6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9F44917" w14:textId="77777777" w:rsidR="00746FF4"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BA4D8FC" w14:textId="77777777" w:rsidR="00746FF4" w:rsidRDefault="00000000">
            <w:pPr>
              <w:spacing w:after="0" w:line="252" w:lineRule="auto"/>
            </w:pPr>
            <w:r>
              <w:rPr>
                <w:sz w:val="18"/>
              </w:rPr>
              <w:t>[DETAIL / NONE]</w:t>
            </w:r>
          </w:p>
        </w:tc>
      </w:tr>
      <w:tr w:rsidR="00746FF4" w14:paraId="4F3288AD"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97BBE9" w14:textId="77777777" w:rsidR="00746FF4"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10B668" w14:textId="77777777" w:rsidR="00746FF4" w:rsidRDefault="00000000">
            <w:pPr>
              <w:spacing w:after="0" w:line="252" w:lineRule="auto"/>
            </w:pPr>
            <w:r>
              <w:rPr>
                <w:sz w:val="18"/>
              </w:rPr>
              <w:t>[SELECT OPTION]</w:t>
            </w:r>
          </w:p>
        </w:tc>
      </w:tr>
      <w:tr w:rsidR="00746FF4" w14:paraId="352E8A5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0B226F8" w14:textId="77777777" w:rsidR="00746FF4"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8DD4EE" w14:textId="77777777" w:rsidR="00746FF4" w:rsidRDefault="00000000">
            <w:pPr>
              <w:spacing w:after="0" w:line="252" w:lineRule="auto"/>
            </w:pPr>
            <w:r>
              <w:rPr>
                <w:sz w:val="18"/>
              </w:rPr>
              <w:t>[SELECT PLAN]</w:t>
            </w:r>
          </w:p>
        </w:tc>
      </w:tr>
    </w:tbl>
    <w:p w14:paraId="557D6027" w14:textId="77777777" w:rsidR="00746FF4" w:rsidRDefault="00746FF4">
      <w:pPr>
        <w:spacing w:after="20"/>
      </w:pPr>
    </w:p>
    <w:p w14:paraId="45DE9561" w14:textId="77777777" w:rsidR="00746FF4" w:rsidRDefault="00000000">
      <w:r>
        <w:br w:type="page"/>
      </w:r>
    </w:p>
    <w:p w14:paraId="07158295" w14:textId="77777777" w:rsidR="00746FF4" w:rsidRDefault="00000000">
      <w:pPr>
        <w:pStyle w:val="Heading1"/>
      </w:pPr>
      <w:r>
        <w:lastRenderedPageBreak/>
        <w:t>3. Package Options</w:t>
      </w:r>
    </w:p>
    <w:p w14:paraId="5F3F4786" w14:textId="77777777" w:rsidR="00746FF4"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746FF4" w14:paraId="6AE0B164"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9A7BEC4" w14:textId="77777777" w:rsidR="00746FF4"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34E2BEF" w14:textId="77777777" w:rsidR="00746FF4"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8F85BA5" w14:textId="77777777" w:rsidR="00746FF4" w:rsidRDefault="00000000">
            <w:pPr>
              <w:spacing w:after="0"/>
            </w:pPr>
            <w:r>
              <w:rPr>
                <w:b/>
                <w:color w:val="FFFFFF"/>
                <w:sz w:val="17"/>
              </w:rPr>
              <w:t>SELECT</w:t>
            </w:r>
          </w:p>
        </w:tc>
      </w:tr>
      <w:tr w:rsidR="00746FF4" w14:paraId="419AC361"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022B42" w14:textId="77777777" w:rsidR="00746FF4" w:rsidRDefault="00000000">
            <w:pPr>
              <w:spacing w:after="0" w:line="252" w:lineRule="auto"/>
            </w:pPr>
            <w:r>
              <w:rPr>
                <w:sz w:val="16"/>
              </w:rPr>
              <w:t>ERP Starter Module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426C66" w14:textId="77777777" w:rsidR="00746FF4" w:rsidRDefault="00000000">
            <w:pPr>
              <w:spacing w:after="0" w:line="252" w:lineRule="auto"/>
            </w:pPr>
            <w:r>
              <w:rPr>
                <w:sz w:val="16"/>
              </w:rPr>
              <w:t>One prioritised operational module with master data, roles and essential reporting.</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4574B2" w14:textId="77777777" w:rsidR="00746FF4" w:rsidRDefault="00000000">
            <w:pPr>
              <w:spacing w:after="0" w:line="252" w:lineRule="auto"/>
            </w:pPr>
            <w:r>
              <w:rPr>
                <w:sz w:val="16"/>
              </w:rPr>
              <w:t>[ ]</w:t>
            </w:r>
          </w:p>
        </w:tc>
      </w:tr>
      <w:tr w:rsidR="00746FF4" w14:paraId="2B6AB786"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463D99" w14:textId="77777777" w:rsidR="00746FF4" w:rsidRDefault="00000000">
            <w:pPr>
              <w:spacing w:after="0" w:line="252" w:lineRule="auto"/>
            </w:pPr>
            <w:r>
              <w:rPr>
                <w:sz w:val="16"/>
              </w:rPr>
              <w:t>ERP Business Suite</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6B5FCDC" w14:textId="77777777" w:rsidR="00746FF4" w:rsidRDefault="00000000">
            <w:pPr>
              <w:spacing w:after="0" w:line="252" w:lineRule="auto"/>
            </w:pPr>
            <w:r>
              <w:rPr>
                <w:sz w:val="16"/>
              </w:rPr>
              <w:t>Multiple connected modules, approvals, dashboards and selected integrations.</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B25B70" w14:textId="77777777" w:rsidR="00746FF4" w:rsidRDefault="00000000">
            <w:pPr>
              <w:spacing w:after="0" w:line="252" w:lineRule="auto"/>
            </w:pPr>
            <w:r>
              <w:rPr>
                <w:sz w:val="16"/>
              </w:rPr>
              <w:t>[ ]</w:t>
            </w:r>
          </w:p>
        </w:tc>
      </w:tr>
      <w:tr w:rsidR="00746FF4" w14:paraId="2E7FDC6F"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0F4F5F" w14:textId="77777777" w:rsidR="00746FF4" w:rsidRDefault="00000000">
            <w:pPr>
              <w:spacing w:after="0" w:line="252" w:lineRule="auto"/>
            </w:pPr>
            <w:r>
              <w:rPr>
                <w:sz w:val="16"/>
              </w:rPr>
              <w:t>ERP Enterprise Programme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E64B220" w14:textId="77777777" w:rsidR="00746FF4" w:rsidRDefault="00000000">
            <w:pPr>
              <w:spacing w:after="0" w:line="252" w:lineRule="auto"/>
            </w:pPr>
            <w:r>
              <w:rPr>
                <w:sz w:val="16"/>
              </w:rPr>
              <w:t>Phased multi-department rollout, migration, governance, advanced controls and integration landscape.</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123B75" w14:textId="77777777" w:rsidR="00746FF4" w:rsidRDefault="00000000">
            <w:pPr>
              <w:spacing w:after="0" w:line="252" w:lineRule="auto"/>
            </w:pPr>
            <w:r>
              <w:rPr>
                <w:sz w:val="16"/>
              </w:rPr>
              <w:t>[ ]</w:t>
            </w:r>
          </w:p>
        </w:tc>
      </w:tr>
    </w:tbl>
    <w:p w14:paraId="7A385B7F" w14:textId="77777777" w:rsidR="00746FF4" w:rsidRDefault="00746FF4">
      <w:pPr>
        <w:spacing w:after="20"/>
      </w:pPr>
    </w:p>
    <w:p w14:paraId="5F1B1AC9" w14:textId="77777777" w:rsidR="00746FF4" w:rsidRDefault="00000000">
      <w:pPr>
        <w:pStyle w:val="Heading2"/>
      </w:pPr>
      <w:r>
        <w:t>Optional Add-ons</w:t>
      </w:r>
    </w:p>
    <w:p w14:paraId="2DDF7068" w14:textId="77777777" w:rsidR="00746FF4" w:rsidRDefault="00000000">
      <w:pPr>
        <w:pStyle w:val="ListBullet"/>
      </w:pPr>
      <w:r>
        <w:t>Process redesign workshops</w:t>
      </w:r>
    </w:p>
    <w:p w14:paraId="6FE80205" w14:textId="77777777" w:rsidR="00746FF4" w:rsidRDefault="00000000">
      <w:pPr>
        <w:pStyle w:val="ListBullet"/>
      </w:pPr>
      <w:r>
        <w:t>Legacy data migration and cleansing</w:t>
      </w:r>
    </w:p>
    <w:p w14:paraId="32A27B85" w14:textId="77777777" w:rsidR="00746FF4" w:rsidRDefault="00000000">
      <w:pPr>
        <w:pStyle w:val="ListBullet"/>
      </w:pPr>
      <w:r>
        <w:t>Barcode/QR workflows</w:t>
      </w:r>
    </w:p>
    <w:p w14:paraId="1E6960FB" w14:textId="77777777" w:rsidR="00746FF4" w:rsidRDefault="00000000">
      <w:pPr>
        <w:pStyle w:val="ListBullet"/>
      </w:pPr>
      <w:r>
        <w:t>Accounting, banking or payment integrations</w:t>
      </w:r>
    </w:p>
    <w:p w14:paraId="4BBA317C" w14:textId="77777777" w:rsidR="00746FF4" w:rsidRDefault="00000000">
      <w:pPr>
        <w:pStyle w:val="ListBullet"/>
      </w:pPr>
      <w:r>
        <w:t>E-commerce/CRM integration</w:t>
      </w:r>
    </w:p>
    <w:p w14:paraId="410933A5" w14:textId="77777777" w:rsidR="00746FF4" w:rsidRDefault="00000000">
      <w:pPr>
        <w:pStyle w:val="ListBullet"/>
      </w:pPr>
      <w:r>
        <w:t>Mobile/PWA field workflows</w:t>
      </w:r>
    </w:p>
    <w:p w14:paraId="190F135D" w14:textId="77777777" w:rsidR="00746FF4" w:rsidRDefault="00000000">
      <w:pPr>
        <w:pStyle w:val="ListBullet"/>
      </w:pPr>
      <w:r>
        <w:t>AI forecasting or exception insights</w:t>
      </w:r>
    </w:p>
    <w:p w14:paraId="7266A921" w14:textId="77777777" w:rsidR="00746FF4" w:rsidRDefault="00000000">
      <w:pPr>
        <w:pStyle w:val="ListBullet"/>
      </w:pPr>
      <w:r>
        <w:t>Advanced audit and security controls</w:t>
      </w:r>
    </w:p>
    <w:p w14:paraId="677348BA" w14:textId="77777777" w:rsidR="00746FF4" w:rsidRDefault="00000000">
      <w:pPr>
        <w:pStyle w:val="ListBullet"/>
      </w:pPr>
      <w:r>
        <w:t>Business intelligence reporting</w:t>
      </w:r>
    </w:p>
    <w:p w14:paraId="4CB9FD95" w14:textId="77777777" w:rsidR="00746FF4" w:rsidRDefault="00000000">
      <w:pPr>
        <w:pStyle w:val="ListBullet"/>
      </w:pPr>
      <w:r>
        <w:t>Dedicated/high-availability hosting and premium support</w:t>
      </w:r>
    </w:p>
    <w:p w14:paraId="16421A31" w14:textId="77777777" w:rsidR="00746FF4"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746FF4" w14:paraId="1B8B0F8A"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0F39435" w14:textId="77777777" w:rsidR="00746FF4"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B8976E5" w14:textId="77777777" w:rsidR="00746FF4"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A2E72B" w14:textId="77777777" w:rsidR="00746FF4" w:rsidRDefault="00000000">
            <w:pPr>
              <w:spacing w:after="0"/>
            </w:pPr>
            <w:r>
              <w:rPr>
                <w:b/>
                <w:color w:val="FFFFFF"/>
                <w:sz w:val="18"/>
              </w:rPr>
              <w:t>INVESTMENT</w:t>
            </w:r>
          </w:p>
        </w:tc>
      </w:tr>
      <w:tr w:rsidR="00746FF4" w14:paraId="463EC2E8"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DFD1B9" w14:textId="77777777" w:rsidR="00746FF4"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57D8B52" w14:textId="77777777" w:rsidR="00746FF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C56BA88" w14:textId="77777777" w:rsidR="00746FF4" w:rsidRDefault="00000000">
            <w:pPr>
              <w:spacing w:after="0" w:line="252" w:lineRule="auto"/>
            </w:pPr>
            <w:r>
              <w:rPr>
                <w:sz w:val="18"/>
              </w:rPr>
              <w:t>[CUR 0.00]</w:t>
            </w:r>
          </w:p>
        </w:tc>
      </w:tr>
      <w:tr w:rsidR="00746FF4" w14:paraId="5ADCFF14"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C80D67" w14:textId="77777777" w:rsidR="00746FF4"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B7216D" w14:textId="77777777" w:rsidR="00746FF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8A39ED" w14:textId="77777777" w:rsidR="00746FF4" w:rsidRDefault="00000000">
            <w:pPr>
              <w:spacing w:after="0" w:line="252" w:lineRule="auto"/>
            </w:pPr>
            <w:r>
              <w:rPr>
                <w:sz w:val="18"/>
              </w:rPr>
              <w:t>[CUR 0.00]</w:t>
            </w:r>
          </w:p>
        </w:tc>
      </w:tr>
      <w:tr w:rsidR="00746FF4" w14:paraId="3AF063DA"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329521" w14:textId="77777777" w:rsidR="00746FF4"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8FFE4A" w14:textId="77777777" w:rsidR="00746FF4"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1B148E" w14:textId="77777777" w:rsidR="00746FF4" w:rsidRDefault="00000000">
            <w:pPr>
              <w:spacing w:after="0" w:line="252" w:lineRule="auto"/>
            </w:pPr>
            <w:r>
              <w:rPr>
                <w:sz w:val="18"/>
              </w:rPr>
              <w:t>[CUR 0.00]</w:t>
            </w:r>
          </w:p>
        </w:tc>
      </w:tr>
    </w:tbl>
    <w:p w14:paraId="33337AFD" w14:textId="77777777" w:rsidR="00746FF4" w:rsidRDefault="00746FF4">
      <w:pPr>
        <w:spacing w:after="20"/>
      </w:pPr>
    </w:p>
    <w:p w14:paraId="5901F8C0" w14:textId="77777777" w:rsidR="00746FF4" w:rsidRDefault="00000000">
      <w:r>
        <w:br w:type="page"/>
      </w:r>
    </w:p>
    <w:p w14:paraId="3BB0CA79" w14:textId="77777777" w:rsidR="00746FF4"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746FF4" w14:paraId="622BF2F6"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8544CF1" w14:textId="77777777" w:rsidR="00746FF4"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51869E2" w14:textId="77777777" w:rsidR="00746FF4"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4A2BCA6" w14:textId="77777777" w:rsidR="00746FF4" w:rsidRDefault="00000000">
            <w:pPr>
              <w:spacing w:after="0"/>
            </w:pPr>
            <w:r>
              <w:rPr>
                <w:b/>
                <w:color w:val="FFFFFF"/>
                <w:sz w:val="17"/>
              </w:rPr>
              <w:t>APPROVAL / OUTPUT</w:t>
            </w:r>
          </w:p>
        </w:tc>
      </w:tr>
      <w:tr w:rsidR="00746FF4" w14:paraId="2B06D772"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14AC38" w14:textId="77777777" w:rsidR="00746FF4"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1FCCE9" w14:textId="77777777" w:rsidR="00746FF4"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6050E6B" w14:textId="77777777" w:rsidR="00746FF4" w:rsidRDefault="00000000">
            <w:pPr>
              <w:spacing w:after="0" w:line="252" w:lineRule="auto"/>
            </w:pPr>
            <w:r>
              <w:rPr>
                <w:sz w:val="16"/>
              </w:rPr>
              <w:t>Agreed scope baseline</w:t>
            </w:r>
          </w:p>
        </w:tc>
      </w:tr>
      <w:tr w:rsidR="00746FF4" w14:paraId="11E10D74"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83E936" w14:textId="77777777" w:rsidR="00746FF4"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968A52" w14:textId="77777777" w:rsidR="00746FF4"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452D20" w14:textId="77777777" w:rsidR="00746FF4" w:rsidRDefault="00000000">
            <w:pPr>
              <w:spacing w:after="0" w:line="252" w:lineRule="auto"/>
            </w:pPr>
            <w:r>
              <w:rPr>
                <w:sz w:val="16"/>
              </w:rPr>
              <w:t>Prototype approval</w:t>
            </w:r>
          </w:p>
        </w:tc>
      </w:tr>
      <w:tr w:rsidR="00746FF4" w14:paraId="22BA97DB"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CDD31E" w14:textId="77777777" w:rsidR="00746FF4"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028CD4F" w14:textId="77777777" w:rsidR="00746FF4"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8593E5F" w14:textId="77777777" w:rsidR="00746FF4" w:rsidRDefault="00000000">
            <w:pPr>
              <w:spacing w:after="0" w:line="252" w:lineRule="auto"/>
            </w:pPr>
            <w:r>
              <w:rPr>
                <w:sz w:val="16"/>
              </w:rPr>
              <w:t>Progress reviews</w:t>
            </w:r>
          </w:p>
        </w:tc>
      </w:tr>
      <w:tr w:rsidR="00746FF4" w14:paraId="2A268FFB"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B608220" w14:textId="77777777" w:rsidR="00746FF4"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6CF018" w14:textId="77777777" w:rsidR="00746FF4"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E43CD45" w14:textId="77777777" w:rsidR="00746FF4" w:rsidRDefault="00000000">
            <w:pPr>
              <w:spacing w:after="0" w:line="252" w:lineRule="auto"/>
            </w:pPr>
            <w:r>
              <w:rPr>
                <w:sz w:val="16"/>
              </w:rPr>
              <w:t>QA readiness</w:t>
            </w:r>
          </w:p>
        </w:tc>
      </w:tr>
      <w:tr w:rsidR="00746FF4" w14:paraId="13DE476F"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6E67B4" w14:textId="77777777" w:rsidR="00746FF4"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8D1DDC" w14:textId="77777777" w:rsidR="00746FF4"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BF66F9" w14:textId="77777777" w:rsidR="00746FF4" w:rsidRDefault="00000000">
            <w:pPr>
              <w:spacing w:after="0" w:line="252" w:lineRule="auto"/>
            </w:pPr>
            <w:r>
              <w:rPr>
                <w:sz w:val="16"/>
              </w:rPr>
              <w:t>Written UAT approval</w:t>
            </w:r>
          </w:p>
        </w:tc>
      </w:tr>
      <w:tr w:rsidR="00746FF4" w14:paraId="4BD0C96E"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1673328" w14:textId="77777777" w:rsidR="00746FF4"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F226A75" w14:textId="77777777" w:rsidR="00746FF4"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65AFE0B" w14:textId="77777777" w:rsidR="00746FF4" w:rsidRDefault="00000000">
            <w:pPr>
              <w:spacing w:after="0" w:line="252" w:lineRule="auto"/>
            </w:pPr>
            <w:r>
              <w:rPr>
                <w:sz w:val="16"/>
              </w:rPr>
              <w:t>Go-live</w:t>
            </w:r>
          </w:p>
        </w:tc>
      </w:tr>
      <w:tr w:rsidR="00746FF4" w14:paraId="79474E1E"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3CC6E35" w14:textId="77777777" w:rsidR="00746FF4"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4ACBAA5" w14:textId="77777777" w:rsidR="00746FF4"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1815284" w14:textId="77777777" w:rsidR="00746FF4" w:rsidRDefault="00000000">
            <w:pPr>
              <w:spacing w:after="0" w:line="252" w:lineRule="auto"/>
            </w:pPr>
            <w:r>
              <w:rPr>
                <w:sz w:val="16"/>
              </w:rPr>
              <w:t>Handover completion</w:t>
            </w:r>
          </w:p>
        </w:tc>
      </w:tr>
    </w:tbl>
    <w:p w14:paraId="3F8CCFA2" w14:textId="77777777" w:rsidR="00746FF4" w:rsidRDefault="00746FF4">
      <w:pPr>
        <w:spacing w:after="20"/>
      </w:pPr>
    </w:p>
    <w:p w14:paraId="180641B6" w14:textId="77777777" w:rsidR="00746FF4" w:rsidRDefault="00000000">
      <w:pPr>
        <w:pStyle w:val="Heading2"/>
      </w:pPr>
      <w:r>
        <w:t>Client Responsibilities</w:t>
      </w:r>
    </w:p>
    <w:p w14:paraId="43139E03" w14:textId="77777777" w:rsidR="00746FF4" w:rsidRDefault="00000000">
      <w:pPr>
        <w:pStyle w:val="ListBullet"/>
      </w:pPr>
      <w:r>
        <w:t>Appoint one authorised project owner and provide consolidated feedback.</w:t>
      </w:r>
    </w:p>
    <w:p w14:paraId="62A1AA16" w14:textId="77777777" w:rsidR="00746FF4" w:rsidRDefault="00000000">
      <w:pPr>
        <w:pStyle w:val="ListBullet"/>
      </w:pPr>
      <w:r>
        <w:t>Supply approved content, data, branding, credentials and third-party accounts on time.</w:t>
      </w:r>
    </w:p>
    <w:p w14:paraId="6F06F564" w14:textId="77777777" w:rsidR="00746FF4" w:rsidRDefault="00000000">
      <w:pPr>
        <w:pStyle w:val="ListBullet"/>
      </w:pPr>
      <w:r>
        <w:t>Review deliverables and provide approvals within [##] working days.</w:t>
      </w:r>
    </w:p>
    <w:p w14:paraId="7900F0A4" w14:textId="77777777" w:rsidR="00746FF4" w:rsidRDefault="00000000">
      <w:pPr>
        <w:pStyle w:val="ListBullet"/>
      </w:pPr>
      <w:r>
        <w:t>Conduct UAT with representative users and documented scenarios.</w:t>
      </w:r>
    </w:p>
    <w:p w14:paraId="341CB266" w14:textId="77777777" w:rsidR="00746FF4" w:rsidRDefault="00000000">
      <w:r>
        <w:br w:type="page"/>
      </w:r>
    </w:p>
    <w:p w14:paraId="4BF4BF68" w14:textId="77777777" w:rsidR="00746FF4"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746FF4" w14:paraId="5D1EBF93"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75FD625" w14:textId="77777777" w:rsidR="00746FF4"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2A7095C" w14:textId="77777777" w:rsidR="00746FF4" w:rsidRDefault="00000000">
            <w:pPr>
              <w:spacing w:after="0"/>
            </w:pPr>
            <w:r>
              <w:rPr>
                <w:b/>
                <w:color w:val="FFFFFF"/>
                <w:sz w:val="18"/>
              </w:rPr>
              <w:t>STATUS / DETAIL</w:t>
            </w:r>
          </w:p>
        </w:tc>
      </w:tr>
      <w:tr w:rsidR="00746FF4" w14:paraId="6509772D"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A84A3C" w14:textId="77777777" w:rsidR="00746FF4"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34DCD9" w14:textId="77777777" w:rsidR="00746FF4" w:rsidRDefault="00000000">
            <w:pPr>
              <w:spacing w:after="0" w:line="252" w:lineRule="auto"/>
            </w:pPr>
            <w:r>
              <w:rPr>
                <w:sz w:val="18"/>
              </w:rPr>
              <w:t>[Included]</w:t>
            </w:r>
          </w:p>
        </w:tc>
      </w:tr>
      <w:tr w:rsidR="00746FF4" w14:paraId="42CE934B"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2DED6A" w14:textId="77777777" w:rsidR="00746FF4"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F9BCD8" w14:textId="77777777" w:rsidR="00746FF4" w:rsidRDefault="00000000">
            <w:pPr>
              <w:spacing w:after="0" w:line="252" w:lineRule="auto"/>
            </w:pPr>
            <w:r>
              <w:rPr>
                <w:sz w:val="18"/>
              </w:rPr>
              <w:t>[Included / define screens]</w:t>
            </w:r>
          </w:p>
        </w:tc>
      </w:tr>
      <w:tr w:rsidR="00746FF4" w14:paraId="3E959B96"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F58296" w14:textId="77777777" w:rsidR="00746FF4"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9F5BE8" w14:textId="77777777" w:rsidR="00746FF4" w:rsidRDefault="00000000">
            <w:pPr>
              <w:spacing w:after="0" w:line="252" w:lineRule="auto"/>
            </w:pPr>
            <w:r>
              <w:rPr>
                <w:sz w:val="18"/>
              </w:rPr>
              <w:t>[Included / define pages and modules]</w:t>
            </w:r>
          </w:p>
        </w:tc>
      </w:tr>
      <w:tr w:rsidR="00746FF4" w14:paraId="1F2585C3"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C7EAE33" w14:textId="77777777" w:rsidR="00746FF4"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2ED92CC" w14:textId="77777777" w:rsidR="00746FF4" w:rsidRDefault="00000000">
            <w:pPr>
              <w:spacing w:after="0" w:line="252" w:lineRule="auto"/>
            </w:pPr>
            <w:r>
              <w:rPr>
                <w:sz w:val="18"/>
              </w:rPr>
              <w:t>[Included / excluded / detail]</w:t>
            </w:r>
          </w:p>
        </w:tc>
      </w:tr>
      <w:tr w:rsidR="00746FF4" w14:paraId="65CA500F"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8941CF" w14:textId="77777777" w:rsidR="00746FF4"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AE9657" w14:textId="77777777" w:rsidR="00746FF4" w:rsidRDefault="00000000">
            <w:pPr>
              <w:spacing w:after="0" w:line="252" w:lineRule="auto"/>
            </w:pPr>
            <w:r>
              <w:rPr>
                <w:sz w:val="18"/>
              </w:rPr>
              <w:t>[List]</w:t>
            </w:r>
          </w:p>
        </w:tc>
      </w:tr>
      <w:tr w:rsidR="00746FF4" w14:paraId="1B0F83CA"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6E4218" w14:textId="77777777" w:rsidR="00746FF4"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EA42C0" w14:textId="77777777" w:rsidR="00746FF4" w:rsidRDefault="00000000">
            <w:pPr>
              <w:spacing w:after="0" w:line="252" w:lineRule="auto"/>
            </w:pPr>
            <w:r>
              <w:rPr>
                <w:sz w:val="18"/>
              </w:rPr>
              <w:t>[Define allowance]</w:t>
            </w:r>
          </w:p>
        </w:tc>
      </w:tr>
      <w:tr w:rsidR="00746FF4" w14:paraId="792F088B"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3F8D29" w14:textId="77777777" w:rsidR="00746FF4"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174140" w14:textId="77777777" w:rsidR="00746FF4" w:rsidRDefault="00000000">
            <w:pPr>
              <w:spacing w:after="0" w:line="252" w:lineRule="auto"/>
            </w:pPr>
            <w:r>
              <w:rPr>
                <w:sz w:val="18"/>
              </w:rPr>
              <w:t>[Define cycles]</w:t>
            </w:r>
          </w:p>
        </w:tc>
      </w:tr>
      <w:tr w:rsidR="00746FF4" w14:paraId="34004B0C"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67A39A" w14:textId="77777777" w:rsidR="00746FF4"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FBFC06" w14:textId="77777777" w:rsidR="00746FF4" w:rsidRDefault="00000000">
            <w:pPr>
              <w:spacing w:after="0" w:line="252" w:lineRule="auto"/>
            </w:pPr>
            <w:r>
              <w:rPr>
                <w:sz w:val="18"/>
              </w:rPr>
              <w:t>[Environment]</w:t>
            </w:r>
          </w:p>
        </w:tc>
      </w:tr>
      <w:tr w:rsidR="00746FF4" w14:paraId="4ED18D10"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4BCF2C" w14:textId="77777777" w:rsidR="00746FF4"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9578D39" w14:textId="77777777" w:rsidR="00746FF4" w:rsidRDefault="00000000">
            <w:pPr>
              <w:spacing w:after="0" w:line="252" w:lineRule="auto"/>
            </w:pPr>
            <w:r>
              <w:rPr>
                <w:sz w:val="18"/>
              </w:rPr>
              <w:t>[Define sessions/artefacts]</w:t>
            </w:r>
          </w:p>
        </w:tc>
      </w:tr>
      <w:tr w:rsidR="00746FF4" w14:paraId="3829C2BA"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81D71FB" w14:textId="77777777" w:rsidR="00746FF4"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AA9BD9" w14:textId="77777777" w:rsidR="00746FF4" w:rsidRDefault="00000000">
            <w:pPr>
              <w:spacing w:after="0" w:line="252" w:lineRule="auto"/>
            </w:pPr>
            <w:r>
              <w:rPr>
                <w:sz w:val="18"/>
              </w:rPr>
              <w:t>[## days]</w:t>
            </w:r>
          </w:p>
        </w:tc>
      </w:tr>
    </w:tbl>
    <w:p w14:paraId="35202CD1" w14:textId="77777777" w:rsidR="00746FF4" w:rsidRDefault="00746FF4">
      <w:pPr>
        <w:spacing w:after="20"/>
      </w:pPr>
    </w:p>
    <w:p w14:paraId="2E642033" w14:textId="77777777" w:rsidR="00746FF4"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746FF4" w14:paraId="6923A971"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23408F0" w14:textId="77777777" w:rsidR="00746FF4"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147B2CF" w14:textId="77777777" w:rsidR="00746FF4"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6A37DF3" w14:textId="77777777" w:rsidR="00746FF4" w:rsidRDefault="00000000">
            <w:pPr>
              <w:spacing w:after="0"/>
            </w:pPr>
            <w:r>
              <w:rPr>
                <w:b/>
                <w:color w:val="FFFFFF"/>
                <w:sz w:val="18"/>
              </w:rPr>
              <w:t>TARGET DATES</w:t>
            </w:r>
          </w:p>
        </w:tc>
      </w:tr>
      <w:tr w:rsidR="00746FF4" w14:paraId="0F127D1D"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8284FE9" w14:textId="77777777" w:rsidR="00746FF4" w:rsidRDefault="00000000">
            <w:pPr>
              <w:spacing w:after="0" w:line="252" w:lineRule="auto"/>
            </w:pPr>
            <w:r>
              <w:rPr>
                <w:sz w:val="18"/>
              </w:rPr>
              <w:t>Discovery &amp; process blueprint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8E5AC9" w14:textId="77777777" w:rsidR="00746FF4" w:rsidRDefault="00000000">
            <w:pPr>
              <w:spacing w:after="0" w:line="252" w:lineRule="auto"/>
            </w:pPr>
            <w:r>
              <w:rPr>
                <w:sz w:val="18"/>
              </w:rPr>
              <w:t>[2-4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3DB340" w14:textId="77777777" w:rsidR="00746FF4" w:rsidRDefault="00000000">
            <w:pPr>
              <w:spacing w:after="0" w:line="252" w:lineRule="auto"/>
            </w:pPr>
            <w:r>
              <w:rPr>
                <w:sz w:val="18"/>
              </w:rPr>
              <w:t>[START - END]</w:t>
            </w:r>
          </w:p>
        </w:tc>
      </w:tr>
      <w:tr w:rsidR="00746FF4" w14:paraId="4F31F833"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356735D" w14:textId="77777777" w:rsidR="00746FF4" w:rsidRDefault="00000000">
            <w:pPr>
              <w:spacing w:after="0" w:line="252" w:lineRule="auto"/>
            </w:pPr>
            <w:r>
              <w:rPr>
                <w:sz w:val="18"/>
              </w:rPr>
              <w:t>Module prioritisation &amp; prototype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94889C" w14:textId="77777777" w:rsidR="00746FF4" w:rsidRDefault="00000000">
            <w:pPr>
              <w:spacing w:after="0" w:line="252" w:lineRule="auto"/>
            </w:pPr>
            <w:r>
              <w:rPr>
                <w:sz w:val="18"/>
              </w:rPr>
              <w:t>[2-3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4989A2" w14:textId="77777777" w:rsidR="00746FF4" w:rsidRDefault="00000000">
            <w:pPr>
              <w:spacing w:after="0" w:line="252" w:lineRule="auto"/>
            </w:pPr>
            <w:r>
              <w:rPr>
                <w:sz w:val="18"/>
              </w:rPr>
              <w:t>[START - END]</w:t>
            </w:r>
          </w:p>
        </w:tc>
      </w:tr>
      <w:tr w:rsidR="00746FF4" w14:paraId="6DE377BF"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0B892E" w14:textId="77777777" w:rsidR="00746FF4" w:rsidRDefault="00000000">
            <w:pPr>
              <w:spacing w:after="0" w:line="252" w:lineRule="auto"/>
            </w:pPr>
            <w:r>
              <w:rPr>
                <w:sz w:val="18"/>
              </w:rPr>
              <w:t>Phase 1 build</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9A7C96" w14:textId="77777777" w:rsidR="00746FF4" w:rsidRDefault="00000000">
            <w:pPr>
              <w:spacing w:after="0" w:line="252" w:lineRule="auto"/>
            </w:pPr>
            <w:r>
              <w:rPr>
                <w:sz w:val="18"/>
              </w:rPr>
              <w:t>[6-12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AA35ED" w14:textId="77777777" w:rsidR="00746FF4" w:rsidRDefault="00000000">
            <w:pPr>
              <w:spacing w:after="0" w:line="252" w:lineRule="auto"/>
            </w:pPr>
            <w:r>
              <w:rPr>
                <w:sz w:val="18"/>
              </w:rPr>
              <w:t>[START - END]</w:t>
            </w:r>
          </w:p>
        </w:tc>
      </w:tr>
      <w:tr w:rsidR="00746FF4" w14:paraId="25CA0C8B"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75D27F" w14:textId="77777777" w:rsidR="00746FF4" w:rsidRDefault="00000000">
            <w:pPr>
              <w:spacing w:after="0" w:line="252" w:lineRule="auto"/>
            </w:pPr>
            <w:r>
              <w:rPr>
                <w:sz w:val="18"/>
              </w:rPr>
              <w:t>Integrations &amp; migration rehearsal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5193292" w14:textId="77777777" w:rsidR="00746FF4" w:rsidRDefault="00000000">
            <w:pPr>
              <w:spacing w:after="0" w:line="252" w:lineRule="auto"/>
            </w:pPr>
            <w:r>
              <w:rPr>
                <w:sz w:val="18"/>
              </w:rPr>
              <w:t>[2-6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B5DC1C" w14:textId="77777777" w:rsidR="00746FF4" w:rsidRDefault="00000000">
            <w:pPr>
              <w:spacing w:after="0" w:line="252" w:lineRule="auto"/>
            </w:pPr>
            <w:r>
              <w:rPr>
                <w:sz w:val="18"/>
              </w:rPr>
              <w:t>[START - END]</w:t>
            </w:r>
          </w:p>
        </w:tc>
      </w:tr>
      <w:tr w:rsidR="00746FF4" w14:paraId="1F078141"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4FF953" w14:textId="77777777" w:rsidR="00746FF4" w:rsidRDefault="00000000">
            <w:pPr>
              <w:spacing w:after="0" w:line="252" w:lineRule="auto"/>
            </w:pPr>
            <w:r>
              <w:rPr>
                <w:sz w:val="18"/>
              </w:rPr>
              <w:t>QA, UAT &amp; training</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E1CD445" w14:textId="77777777" w:rsidR="00746FF4" w:rsidRDefault="00000000">
            <w:pPr>
              <w:spacing w:after="0" w:line="252" w:lineRule="auto"/>
            </w:pPr>
            <w:r>
              <w:rPr>
                <w:sz w:val="18"/>
              </w:rPr>
              <w:t>[2-4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084337" w14:textId="77777777" w:rsidR="00746FF4" w:rsidRDefault="00000000">
            <w:pPr>
              <w:spacing w:after="0" w:line="252" w:lineRule="auto"/>
            </w:pPr>
            <w:r>
              <w:rPr>
                <w:sz w:val="18"/>
              </w:rPr>
              <w:t>[START - END]</w:t>
            </w:r>
          </w:p>
        </w:tc>
      </w:tr>
      <w:tr w:rsidR="00746FF4" w14:paraId="48178B32"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F66038" w14:textId="77777777" w:rsidR="00746FF4" w:rsidRDefault="00000000">
            <w:pPr>
              <w:spacing w:after="0" w:line="252" w:lineRule="auto"/>
            </w:pPr>
            <w:r>
              <w:rPr>
                <w:sz w:val="18"/>
              </w:rPr>
              <w:t>Phased go-live &amp; hypercare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D63ABA" w14:textId="77777777" w:rsidR="00746FF4" w:rsidRDefault="00000000">
            <w:pPr>
              <w:spacing w:after="0" w:line="252" w:lineRule="auto"/>
            </w:pPr>
            <w:r>
              <w:rPr>
                <w:sz w:val="18"/>
              </w:rPr>
              <w:t>[1-3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97F17A" w14:textId="77777777" w:rsidR="00746FF4" w:rsidRDefault="00000000">
            <w:pPr>
              <w:spacing w:after="0" w:line="252" w:lineRule="auto"/>
            </w:pPr>
            <w:r>
              <w:rPr>
                <w:sz w:val="18"/>
              </w:rPr>
              <w:t>[START - END]</w:t>
            </w:r>
          </w:p>
        </w:tc>
      </w:tr>
    </w:tbl>
    <w:p w14:paraId="4A43C7A4" w14:textId="77777777" w:rsidR="00746FF4" w:rsidRDefault="00746FF4">
      <w:pPr>
        <w:spacing w:after="20"/>
      </w:pPr>
    </w:p>
    <w:tbl>
      <w:tblPr>
        <w:tblW w:w="9360" w:type="dxa"/>
        <w:tblInd w:w="120" w:type="dxa"/>
        <w:tblLayout w:type="fixed"/>
        <w:tblLook w:val="04A0" w:firstRow="1" w:lastRow="0" w:firstColumn="1" w:lastColumn="0" w:noHBand="0" w:noVBand="1"/>
      </w:tblPr>
      <w:tblGrid>
        <w:gridCol w:w="9360"/>
      </w:tblGrid>
      <w:tr w:rsidR="00746FF4" w14:paraId="5B304E12"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254ECD8D" w14:textId="77777777" w:rsidR="00746FF4"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672FFD0D" w14:textId="77777777" w:rsidR="00746FF4" w:rsidRDefault="00746FF4">
      <w:pPr>
        <w:spacing w:after="0"/>
      </w:pPr>
    </w:p>
    <w:p w14:paraId="370BC6DF" w14:textId="77777777" w:rsidR="00746FF4" w:rsidRDefault="00000000">
      <w:r>
        <w:br w:type="page"/>
      </w:r>
    </w:p>
    <w:p w14:paraId="59D9291C" w14:textId="77777777" w:rsidR="00746FF4"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746FF4" w14:paraId="214F70C0"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B0AF7AD" w14:textId="77777777" w:rsidR="00746FF4"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ECCA640" w14:textId="77777777" w:rsidR="00746FF4"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C12CF93" w14:textId="77777777" w:rsidR="00746FF4"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8B20AA7" w14:textId="77777777" w:rsidR="00746FF4" w:rsidRDefault="00000000">
            <w:pPr>
              <w:spacing w:after="0"/>
            </w:pPr>
            <w:r>
              <w:rPr>
                <w:b/>
                <w:color w:val="FFFFFF"/>
                <w:sz w:val="17"/>
              </w:rPr>
              <w:t>TOTAL</w:t>
            </w:r>
          </w:p>
        </w:tc>
      </w:tr>
      <w:tr w:rsidR="00746FF4" w14:paraId="477F6588"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A5458C" w14:textId="77777777" w:rsidR="00746FF4"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69F6DC" w14:textId="77777777" w:rsidR="00746FF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6301816"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18C661" w14:textId="77777777" w:rsidR="00746FF4" w:rsidRDefault="00000000">
            <w:pPr>
              <w:spacing w:after="0" w:line="252" w:lineRule="auto"/>
            </w:pPr>
            <w:r>
              <w:rPr>
                <w:sz w:val="16"/>
              </w:rPr>
              <w:t>[CUR 0.00]</w:t>
            </w:r>
          </w:p>
        </w:tc>
      </w:tr>
      <w:tr w:rsidR="00746FF4" w14:paraId="4EF9C1B4"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66FAA1" w14:textId="77777777" w:rsidR="00746FF4"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2A9E5BA" w14:textId="77777777" w:rsidR="00746FF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DEF87E"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EFF794" w14:textId="77777777" w:rsidR="00746FF4" w:rsidRDefault="00000000">
            <w:pPr>
              <w:spacing w:after="0" w:line="252" w:lineRule="auto"/>
            </w:pPr>
            <w:r>
              <w:rPr>
                <w:sz w:val="16"/>
              </w:rPr>
              <w:t>[CUR 0.00]</w:t>
            </w:r>
          </w:p>
        </w:tc>
      </w:tr>
      <w:tr w:rsidR="00746FF4" w14:paraId="210DCFA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E890788" w14:textId="77777777" w:rsidR="00746FF4"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F2D0E3" w14:textId="77777777" w:rsidR="00746FF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3445E33"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DE73CF" w14:textId="77777777" w:rsidR="00746FF4" w:rsidRDefault="00000000">
            <w:pPr>
              <w:spacing w:after="0" w:line="252" w:lineRule="auto"/>
            </w:pPr>
            <w:r>
              <w:rPr>
                <w:sz w:val="16"/>
              </w:rPr>
              <w:t>[CUR 0.00]</w:t>
            </w:r>
          </w:p>
        </w:tc>
      </w:tr>
      <w:tr w:rsidR="00746FF4" w14:paraId="50F02EFD"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E30E9C" w14:textId="77777777" w:rsidR="00746FF4"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B43637" w14:textId="77777777" w:rsidR="00746FF4"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9090A8"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0A4B1C" w14:textId="77777777" w:rsidR="00746FF4" w:rsidRDefault="00000000">
            <w:pPr>
              <w:spacing w:after="0" w:line="252" w:lineRule="auto"/>
            </w:pPr>
            <w:r>
              <w:rPr>
                <w:sz w:val="16"/>
              </w:rPr>
              <w:t>[CUR 0.00]</w:t>
            </w:r>
          </w:p>
        </w:tc>
      </w:tr>
      <w:tr w:rsidR="00746FF4" w14:paraId="3C8BDBC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477422" w14:textId="77777777" w:rsidR="00746FF4"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3EF61F" w14:textId="77777777" w:rsidR="00746FF4"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74DED3"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951D24" w14:textId="77777777" w:rsidR="00746FF4" w:rsidRDefault="00000000">
            <w:pPr>
              <w:spacing w:after="0" w:line="252" w:lineRule="auto"/>
            </w:pPr>
            <w:r>
              <w:rPr>
                <w:sz w:val="16"/>
              </w:rPr>
              <w:t>[CUR 0.00]</w:t>
            </w:r>
          </w:p>
        </w:tc>
      </w:tr>
      <w:tr w:rsidR="00746FF4" w14:paraId="102CBFB8"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7B11C5" w14:textId="77777777" w:rsidR="00746FF4"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865A068" w14:textId="77777777" w:rsidR="00746FF4"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C7C0EC"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41036A" w14:textId="77777777" w:rsidR="00746FF4" w:rsidRDefault="00000000">
            <w:pPr>
              <w:spacing w:after="0" w:line="252" w:lineRule="auto"/>
            </w:pPr>
            <w:r>
              <w:rPr>
                <w:sz w:val="16"/>
              </w:rPr>
              <w:t>[CUR 0.00]</w:t>
            </w:r>
          </w:p>
        </w:tc>
      </w:tr>
      <w:tr w:rsidR="00746FF4" w14:paraId="68E680E9"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C3B0E4" w14:textId="77777777" w:rsidR="00746FF4"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165D366" w14:textId="77777777" w:rsidR="00746FF4" w:rsidRDefault="00746FF4">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6BCF37" w14:textId="77777777" w:rsidR="00746FF4" w:rsidRDefault="00746FF4">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4F93EAF" w14:textId="77777777" w:rsidR="00746FF4" w:rsidRDefault="00000000">
            <w:pPr>
              <w:spacing w:after="0" w:line="252" w:lineRule="auto"/>
            </w:pPr>
            <w:r>
              <w:rPr>
                <w:sz w:val="16"/>
              </w:rPr>
              <w:t>[CUR 0.00]</w:t>
            </w:r>
          </w:p>
        </w:tc>
      </w:tr>
      <w:tr w:rsidR="00746FF4" w14:paraId="657B318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EC5377" w14:textId="77777777" w:rsidR="00746FF4"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E4B00DB" w14:textId="77777777" w:rsidR="00746FF4"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6C9884" w14:textId="77777777" w:rsidR="00746FF4"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723DA51" w14:textId="77777777" w:rsidR="00746FF4" w:rsidRDefault="00000000">
            <w:pPr>
              <w:spacing w:after="0" w:line="252" w:lineRule="auto"/>
            </w:pPr>
            <w:r>
              <w:rPr>
                <w:sz w:val="16"/>
              </w:rPr>
              <w:t>[CUR 0.00]</w:t>
            </w:r>
          </w:p>
        </w:tc>
      </w:tr>
    </w:tbl>
    <w:p w14:paraId="4227517F" w14:textId="77777777" w:rsidR="00746FF4" w:rsidRDefault="00746FF4">
      <w:pPr>
        <w:spacing w:after="20"/>
      </w:pPr>
    </w:p>
    <w:p w14:paraId="796E45FB" w14:textId="77777777" w:rsidR="00746FF4"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746FF4" w14:paraId="32913E4D"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67FAE04" w14:textId="77777777" w:rsidR="00746FF4"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B437E6F" w14:textId="77777777" w:rsidR="00746FF4"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7563DE5" w14:textId="77777777" w:rsidR="00746FF4" w:rsidRDefault="00000000">
            <w:pPr>
              <w:spacing w:after="0"/>
            </w:pPr>
            <w:r>
              <w:rPr>
                <w:b/>
                <w:color w:val="FFFFFF"/>
                <w:sz w:val="18"/>
              </w:rPr>
              <w:t>PAYMENT DUE</w:t>
            </w:r>
          </w:p>
        </w:tc>
      </w:tr>
      <w:tr w:rsidR="00746FF4" w14:paraId="24952839"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0FEE16" w14:textId="77777777" w:rsidR="00746FF4"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2D7ADD" w14:textId="77777777" w:rsidR="00746FF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CF44F4" w14:textId="77777777" w:rsidR="00746FF4" w:rsidRDefault="00000000">
            <w:pPr>
              <w:spacing w:after="0" w:line="252" w:lineRule="auto"/>
            </w:pPr>
            <w:r>
              <w:rPr>
                <w:sz w:val="18"/>
              </w:rPr>
              <w:t>[## days]</w:t>
            </w:r>
          </w:p>
        </w:tc>
      </w:tr>
      <w:tr w:rsidR="00746FF4" w14:paraId="6FE30C15"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34D58C" w14:textId="77777777" w:rsidR="00746FF4"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F1103C" w14:textId="77777777" w:rsidR="00746FF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08A65D" w14:textId="77777777" w:rsidR="00746FF4" w:rsidRDefault="00000000">
            <w:pPr>
              <w:spacing w:after="0" w:line="252" w:lineRule="auto"/>
            </w:pPr>
            <w:r>
              <w:rPr>
                <w:sz w:val="18"/>
              </w:rPr>
              <w:t>[## days]</w:t>
            </w:r>
          </w:p>
        </w:tc>
      </w:tr>
      <w:tr w:rsidR="00746FF4" w14:paraId="1E7D495F"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4537AB6" w14:textId="77777777" w:rsidR="00746FF4"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978656" w14:textId="77777777" w:rsidR="00746FF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D097292" w14:textId="77777777" w:rsidR="00746FF4" w:rsidRDefault="00000000">
            <w:pPr>
              <w:spacing w:after="0" w:line="252" w:lineRule="auto"/>
            </w:pPr>
            <w:r>
              <w:rPr>
                <w:sz w:val="18"/>
              </w:rPr>
              <w:t>[## days]</w:t>
            </w:r>
          </w:p>
        </w:tc>
      </w:tr>
      <w:tr w:rsidR="00746FF4" w14:paraId="2588467F"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747E94" w14:textId="77777777" w:rsidR="00746FF4"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B28CF07" w14:textId="77777777" w:rsidR="00746FF4"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9B2286" w14:textId="77777777" w:rsidR="00746FF4" w:rsidRDefault="00000000">
            <w:pPr>
              <w:spacing w:after="0" w:line="252" w:lineRule="auto"/>
            </w:pPr>
            <w:r>
              <w:rPr>
                <w:sz w:val="18"/>
              </w:rPr>
              <w:t>[## days]</w:t>
            </w:r>
          </w:p>
        </w:tc>
      </w:tr>
    </w:tbl>
    <w:p w14:paraId="78054B7A" w14:textId="77777777" w:rsidR="00746FF4" w:rsidRDefault="00746FF4">
      <w:pPr>
        <w:spacing w:after="20"/>
      </w:pPr>
    </w:p>
    <w:p w14:paraId="7E2D8340" w14:textId="77777777" w:rsidR="00746FF4" w:rsidRDefault="00000000">
      <w:pPr>
        <w:pStyle w:val="Heading2"/>
      </w:pPr>
      <w:r>
        <w:t>Hosting &amp; Support Options</w:t>
      </w:r>
    </w:p>
    <w:p w14:paraId="331118E0" w14:textId="77777777" w:rsidR="00746FF4" w:rsidRDefault="00000000">
      <w:pPr>
        <w:pStyle w:val="ListBullet"/>
      </w:pPr>
      <w:r>
        <w:t>FimriQ managed hosting: [scope, fee and service window].</w:t>
      </w:r>
    </w:p>
    <w:p w14:paraId="31F40F22" w14:textId="77777777" w:rsidR="00746FF4" w:rsidRDefault="00000000">
      <w:pPr>
        <w:pStyle w:val="ListBullet"/>
      </w:pPr>
      <w:r>
        <w:t>Cloud application hosting: [environment, usage assumptions and fee].</w:t>
      </w:r>
    </w:p>
    <w:p w14:paraId="7AF5694F" w14:textId="77777777" w:rsidR="00746FF4" w:rsidRDefault="00000000">
      <w:pPr>
        <w:pStyle w:val="ListBullet"/>
      </w:pPr>
      <w:r>
        <w:t>Client-owned hosting: [deployment responsibilities and support boundary].</w:t>
      </w:r>
    </w:p>
    <w:p w14:paraId="33D5F35C" w14:textId="77777777" w:rsidR="00746FF4" w:rsidRDefault="00000000">
      <w:pPr>
        <w:pStyle w:val="ListBullet"/>
      </w:pPr>
      <w:r>
        <w:t>Support plan: [Essential / Business / Premium / On-demand], with agreed response targets and included allowance.</w:t>
      </w:r>
    </w:p>
    <w:p w14:paraId="31E5ED69" w14:textId="77777777" w:rsidR="00746FF4" w:rsidRDefault="00000000">
      <w:r>
        <w:br w:type="page"/>
      </w:r>
    </w:p>
    <w:p w14:paraId="5CD19894" w14:textId="77777777" w:rsidR="00746FF4" w:rsidRDefault="00000000">
      <w:pPr>
        <w:pStyle w:val="Heading1"/>
      </w:pPr>
      <w:r>
        <w:lastRenderedPageBreak/>
        <w:t>7. Commercial Terms &amp; Acceptance</w:t>
      </w:r>
    </w:p>
    <w:p w14:paraId="6FD751E2" w14:textId="77777777" w:rsidR="00746FF4" w:rsidRDefault="00000000">
      <w:pPr>
        <w:pStyle w:val="Heading2"/>
      </w:pPr>
      <w:r>
        <w:t>Key Assumptions and Exclusions</w:t>
      </w:r>
    </w:p>
    <w:p w14:paraId="326D4F6D" w14:textId="77777777" w:rsidR="00746FF4" w:rsidRDefault="00000000">
      <w:pPr>
        <w:pStyle w:val="ListBullet"/>
      </w:pPr>
      <w:r>
        <w:t>Only items expressly included in the signed scope are included.</w:t>
      </w:r>
    </w:p>
    <w:p w14:paraId="268CDA0C" w14:textId="77777777" w:rsidR="00746FF4" w:rsidRDefault="00000000">
      <w:pPr>
        <w:pStyle w:val="ListBullet"/>
      </w:pPr>
      <w:r>
        <w:t>Third-party licences, transaction charges, app-store fees, domains, email, paid media and external testing are excluded unless stated.</w:t>
      </w:r>
    </w:p>
    <w:p w14:paraId="0495C2D9" w14:textId="77777777" w:rsidR="00746FF4" w:rsidRDefault="00000000">
      <w:pPr>
        <w:pStyle w:val="ListBullet"/>
      </w:pPr>
      <w:r>
        <w:t>The client confirms it has rights to supplied content, data and brand assets.</w:t>
      </w:r>
    </w:p>
    <w:p w14:paraId="0060B310" w14:textId="77777777" w:rsidR="00746FF4" w:rsidRDefault="00000000">
      <w:pPr>
        <w:pStyle w:val="ListBullet"/>
      </w:pPr>
      <w:r>
        <w:t>Material changes follow a written change request showing price and schedule impact.</w:t>
      </w:r>
    </w:p>
    <w:p w14:paraId="18C21115" w14:textId="77777777" w:rsidR="00746FF4" w:rsidRDefault="00000000">
      <w:pPr>
        <w:pStyle w:val="ListBullet"/>
      </w:pPr>
      <w:r>
        <w:t>Proposal validity: [##] calendar days. Warranty: [##] days for reproducible defects against approved acceptance criteria.</w:t>
      </w:r>
    </w:p>
    <w:p w14:paraId="681602CF" w14:textId="77777777" w:rsidR="00746FF4" w:rsidRDefault="00000000">
      <w:pPr>
        <w:pStyle w:val="Heading2"/>
      </w:pPr>
      <w:r>
        <w:t>Solution Acceptance Criteria</w:t>
      </w:r>
    </w:p>
    <w:p w14:paraId="2F769F8A" w14:textId="77777777" w:rsidR="00746FF4" w:rsidRDefault="00000000">
      <w:pPr>
        <w:pStyle w:val="ListBullet"/>
      </w:pPr>
      <w:r>
        <w:t>Approved end-to-end workflows operate using agreed roles and approval rules.</w:t>
      </w:r>
    </w:p>
    <w:p w14:paraId="74D3431A" w14:textId="77777777" w:rsidR="00746FF4" w:rsidRDefault="00000000">
      <w:pPr>
        <w:pStyle w:val="ListBullet"/>
      </w:pPr>
      <w:r>
        <w:t>Selected reports reconcile to agreed test scenarios and source data.</w:t>
      </w:r>
    </w:p>
    <w:p w14:paraId="67C231B5" w14:textId="77777777" w:rsidR="00746FF4" w:rsidRDefault="00000000">
      <w:pPr>
        <w:pStyle w:val="ListBullet"/>
      </w:pPr>
      <w:r>
        <w:t>Migration, integrations, training and cutover activities listed in scope are completed.</w:t>
      </w:r>
    </w:p>
    <w:p w14:paraId="1FF9D0EF" w14:textId="77777777" w:rsidR="00746FF4" w:rsidRDefault="00000000">
      <w:pPr>
        <w:pStyle w:val="Heading2"/>
      </w:pPr>
      <w:r>
        <w:t>Ownership &amp; Confidentiality</w:t>
      </w:r>
    </w:p>
    <w:p w14:paraId="4DD1350B" w14:textId="77777777" w:rsidR="00746FF4"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6DECC720" w14:textId="77777777" w:rsidR="00746FF4"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746FF4" w14:paraId="7FE6408D"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FA0188D" w14:textId="77777777" w:rsidR="00746FF4"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BDAB1DD" w14:textId="77777777" w:rsidR="00746FF4" w:rsidRDefault="00000000">
            <w:pPr>
              <w:spacing w:after="0"/>
            </w:pPr>
            <w:r>
              <w:rPr>
                <w:b/>
                <w:color w:val="FFFFFF"/>
                <w:sz w:val="18"/>
              </w:rPr>
              <w:t>FOR FIMRIQ PVT LTD</w:t>
            </w:r>
          </w:p>
        </w:tc>
      </w:tr>
      <w:tr w:rsidR="00746FF4" w14:paraId="6BE158BA"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F475630" w14:textId="77777777" w:rsidR="00746FF4"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C237BF" w14:textId="77777777" w:rsidR="00746FF4"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3F15B635" w14:textId="77777777" w:rsidR="00746FF4" w:rsidRDefault="00746FF4">
      <w:pPr>
        <w:spacing w:after="20"/>
      </w:pPr>
    </w:p>
    <w:p w14:paraId="3EFBD29D" w14:textId="77777777" w:rsidR="00746FF4" w:rsidRDefault="00000000">
      <w:pPr>
        <w:pStyle w:val="Heading2"/>
      </w:pPr>
      <w:r>
        <w:t>FimriQ Contact Details</w:t>
      </w:r>
    </w:p>
    <w:p w14:paraId="5DCBB630" w14:textId="77777777" w:rsidR="00746FF4" w:rsidRDefault="00000000">
      <w:r>
        <w:rPr>
          <w:b/>
          <w:color w:val="12304A"/>
          <w:sz w:val="20"/>
        </w:rPr>
        <w:t>FimriQ PVT LTD | No.66-1/1, Galle Road, Dehiwela North, Sri Lanka</w:t>
      </w:r>
    </w:p>
    <w:p w14:paraId="6B193184" w14:textId="77777777" w:rsidR="00746FF4" w:rsidRDefault="00000000">
      <w:r>
        <w:t>WhatsApp +94 761 999 968 | Phone +94 117 037 132 | Fax +94 112 720 987</w:t>
      </w:r>
    </w:p>
    <w:p w14:paraId="408D8C3D" w14:textId="77777777" w:rsidR="00746FF4" w:rsidRDefault="00000000">
      <w:r>
        <w:rPr>
          <w:b/>
          <w:color w:val="00A7A5"/>
          <w:sz w:val="20"/>
        </w:rPr>
        <w:t>enquiry@fimriq.com | fimriq.com</w:t>
      </w:r>
    </w:p>
    <w:sectPr w:rsidR="00746FF4"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38B80" w14:textId="77777777" w:rsidR="004B394E" w:rsidRDefault="004B394E">
      <w:pPr>
        <w:spacing w:after="0" w:line="240" w:lineRule="auto"/>
      </w:pPr>
      <w:r>
        <w:separator/>
      </w:r>
    </w:p>
  </w:endnote>
  <w:endnote w:type="continuationSeparator" w:id="0">
    <w:p w14:paraId="6F282053" w14:textId="77777777" w:rsidR="004B394E" w:rsidRDefault="004B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F7C" w14:textId="77777777" w:rsidR="00746FF4" w:rsidRDefault="00000000">
    <w:pPr>
      <w:pStyle w:val="Footer"/>
      <w:jc w:val="right"/>
    </w:pPr>
    <w:r>
      <w:rPr>
        <w:b/>
        <w:color w:val="617584"/>
        <w:sz w:val="16"/>
      </w:rPr>
      <w:t xml:space="preserve">CONFIDENTIAL  |  </w:t>
    </w:r>
    <w:r>
      <w:fldChar w:fldCharType="begin"/>
    </w:r>
    <w:r>
      <w:instrText>PAGE</w:instrText>
    </w:r>
    <w:r>
      <w:fldChar w:fldCharType="separate"/>
    </w:r>
    <w:r w:rsidR="008D3A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F1E9" w14:textId="77777777" w:rsidR="004B394E" w:rsidRDefault="004B394E">
      <w:pPr>
        <w:spacing w:after="0" w:line="240" w:lineRule="auto"/>
      </w:pPr>
      <w:r>
        <w:separator/>
      </w:r>
    </w:p>
  </w:footnote>
  <w:footnote w:type="continuationSeparator" w:id="0">
    <w:p w14:paraId="46ABEB75" w14:textId="77777777" w:rsidR="004B394E" w:rsidRDefault="004B3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70A9" w14:textId="2E697202" w:rsidR="00746FF4" w:rsidRPr="008D3A34" w:rsidRDefault="008D3A34" w:rsidP="008D3A34">
    <w:pPr>
      <w:spacing w:after="1000"/>
    </w:pPr>
    <w:r>
      <w:rPr>
        <w:noProof/>
      </w:rPr>
      <w:drawing>
        <wp:anchor distT="0" distB="0" distL="114300" distR="114300" simplePos="0" relativeHeight="251658240" behindDoc="0" locked="0" layoutInCell="1" allowOverlap="1" wp14:anchorId="31991077" wp14:editId="58197481">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7717876">
    <w:abstractNumId w:val="8"/>
  </w:num>
  <w:num w:numId="2" w16cid:durableId="1418283136">
    <w:abstractNumId w:val="6"/>
  </w:num>
  <w:num w:numId="3" w16cid:durableId="1489058248">
    <w:abstractNumId w:val="5"/>
  </w:num>
  <w:num w:numId="4" w16cid:durableId="41293770">
    <w:abstractNumId w:val="4"/>
  </w:num>
  <w:num w:numId="5" w16cid:durableId="726145033">
    <w:abstractNumId w:val="7"/>
  </w:num>
  <w:num w:numId="6" w16cid:durableId="530075170">
    <w:abstractNumId w:val="3"/>
  </w:num>
  <w:num w:numId="7" w16cid:durableId="1527601064">
    <w:abstractNumId w:val="2"/>
  </w:num>
  <w:num w:numId="8" w16cid:durableId="2117094601">
    <w:abstractNumId w:val="1"/>
  </w:num>
  <w:num w:numId="9" w16cid:durableId="62111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4FFC"/>
    <w:rsid w:val="004B394E"/>
    <w:rsid w:val="00746FF4"/>
    <w:rsid w:val="008D3A3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A4C590"/>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ERP Web Application Proposal</dc:title>
  <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2026-08-27T13:21:00Z</dcterms:modified>
  <cp:category/>
</cp:coreProperties>
</file>