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1E99" w14:textId="77777777" w:rsidR="00DB03AD" w:rsidRDefault="00000000">
      <w:pPr>
        <w:spacing w:after="160"/>
      </w:pPr>
      <w:r>
        <w:rPr>
          <w:b/>
          <w:color w:val="12304A"/>
          <w:sz w:val="62"/>
        </w:rPr>
        <w:t>Job Portal</w:t>
      </w:r>
    </w:p>
    <w:p w14:paraId="517089AE" w14:textId="77777777" w:rsidR="00DB03AD" w:rsidRDefault="00000000">
      <w:pPr>
        <w:spacing w:after="640"/>
      </w:pPr>
      <w:r>
        <w:rPr>
          <w:color w:val="617584"/>
          <w:sz w:val="28"/>
        </w:rPr>
        <w:t>A streamlined recruitment marketplace connecting employers and candidates.</w:t>
      </w:r>
    </w:p>
    <w:tbl>
      <w:tblPr>
        <w:tblW w:w="9360" w:type="dxa"/>
        <w:tblInd w:w="120" w:type="dxa"/>
        <w:tblLayout w:type="fixed"/>
        <w:tblLook w:val="04A0" w:firstRow="1" w:lastRow="0" w:firstColumn="1" w:lastColumn="0" w:noHBand="0" w:noVBand="1"/>
      </w:tblPr>
      <w:tblGrid>
        <w:gridCol w:w="9360"/>
      </w:tblGrid>
      <w:tr w:rsidR="00DB03AD" w14:paraId="7DB63335"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655EB798" w14:textId="77777777" w:rsidR="00DB03AD" w:rsidRDefault="00000000">
            <w:pPr>
              <w:spacing w:after="0"/>
            </w:pPr>
            <w:r>
              <w:rPr>
                <w:b/>
                <w:color w:val="12304A"/>
                <w:sz w:val="20"/>
              </w:rPr>
              <w:t xml:space="preserve">PROPOSAL PURPOSE  </w:t>
            </w:r>
            <w:r>
              <w:rPr>
                <w:sz w:val="20"/>
              </w:rPr>
              <w:t>A configurable job portal proposal for [CLIENT LEGAL NAME], prepared for discussion and client-specific scoping.</w:t>
            </w:r>
          </w:p>
        </w:tc>
      </w:tr>
    </w:tbl>
    <w:p w14:paraId="51D77529" w14:textId="77777777" w:rsidR="00DB03AD" w:rsidRDefault="00DB03AD">
      <w:pPr>
        <w:spacing w:after="0"/>
      </w:pPr>
    </w:p>
    <w:p w14:paraId="51B677F1" w14:textId="77777777" w:rsidR="00DB03AD" w:rsidRDefault="00000000">
      <w:pPr>
        <w:spacing w:after="40"/>
      </w:pPr>
      <w:r>
        <w:rPr>
          <w:b/>
          <w:color w:val="617584"/>
          <w:sz w:val="18"/>
        </w:rPr>
        <w:t>Prepared for</w:t>
      </w:r>
    </w:p>
    <w:p w14:paraId="60242E6B" w14:textId="77777777" w:rsidR="00DB03AD"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DB03AD" w14:paraId="07DFBCCF"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7159EDA" w14:textId="77777777" w:rsidR="00DB03AD"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37C052F" w14:textId="77777777" w:rsidR="00DB03AD" w:rsidRDefault="00000000">
            <w:pPr>
              <w:spacing w:after="0"/>
            </w:pPr>
            <w:r>
              <w:rPr>
                <w:b/>
                <w:color w:val="FFFFFF"/>
                <w:sz w:val="18"/>
              </w:rPr>
              <w:t>VALUE</w:t>
            </w:r>
          </w:p>
        </w:tc>
      </w:tr>
      <w:tr w:rsidR="00DB03AD" w14:paraId="5AF56BD3"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5B17C8" w14:textId="77777777" w:rsidR="00DB03AD"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AC318B" w14:textId="77777777" w:rsidR="00DB03AD" w:rsidRDefault="00000000">
            <w:pPr>
              <w:spacing w:after="0" w:line="252" w:lineRule="auto"/>
            </w:pPr>
            <w:r>
              <w:rPr>
                <w:sz w:val="18"/>
              </w:rPr>
              <w:t>[PROJECT NAME]</w:t>
            </w:r>
          </w:p>
        </w:tc>
      </w:tr>
      <w:tr w:rsidR="00DB03AD" w14:paraId="6A80FA4E"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4365EB0" w14:textId="77777777" w:rsidR="00DB03AD"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DB4209" w14:textId="77777777" w:rsidR="00DB03AD" w:rsidRDefault="00000000">
            <w:pPr>
              <w:spacing w:after="0" w:line="252" w:lineRule="auto"/>
            </w:pPr>
            <w:r>
              <w:rPr>
                <w:sz w:val="18"/>
              </w:rPr>
              <w:t>[DD Month YYYY]</w:t>
            </w:r>
          </w:p>
        </w:tc>
      </w:tr>
      <w:tr w:rsidR="00DB03AD" w14:paraId="17E893C0"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10F7486" w14:textId="77777777" w:rsidR="00DB03AD"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F631FC" w14:textId="77777777" w:rsidR="00DB03AD" w:rsidRDefault="00000000">
            <w:pPr>
              <w:spacing w:after="0" w:line="252" w:lineRule="auto"/>
            </w:pPr>
            <w:r>
              <w:rPr>
                <w:sz w:val="18"/>
              </w:rPr>
              <w:t>[FIMRIQ/06/YYYY/###]</w:t>
            </w:r>
          </w:p>
        </w:tc>
      </w:tr>
      <w:tr w:rsidR="00DB03AD" w14:paraId="3F41015A"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078E253" w14:textId="77777777" w:rsidR="00DB03AD"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8F5F1F" w14:textId="77777777" w:rsidR="00DB03AD" w:rsidRDefault="00000000">
            <w:pPr>
              <w:spacing w:after="0" w:line="252" w:lineRule="auto"/>
            </w:pPr>
            <w:r>
              <w:rPr>
                <w:sz w:val="18"/>
              </w:rPr>
              <w:t>[CLIENT CONTACT, TITLE]</w:t>
            </w:r>
          </w:p>
        </w:tc>
      </w:tr>
      <w:tr w:rsidR="00DB03AD" w14:paraId="2E897415"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DDB269" w14:textId="77777777" w:rsidR="00DB03AD"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124262" w14:textId="77777777" w:rsidR="00DB03AD" w:rsidRDefault="00000000">
            <w:pPr>
              <w:spacing w:after="0" w:line="252" w:lineRule="auto"/>
            </w:pPr>
            <w:r>
              <w:rPr>
                <w:sz w:val="18"/>
              </w:rPr>
              <w:t>FimriQ PVT LTD</w:t>
            </w:r>
          </w:p>
        </w:tc>
      </w:tr>
      <w:tr w:rsidR="00DB03AD" w14:paraId="2B93DB3E"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A37123B" w14:textId="77777777" w:rsidR="00DB03AD"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DC36202" w14:textId="77777777" w:rsidR="00DB03AD" w:rsidRDefault="00000000">
            <w:pPr>
              <w:spacing w:after="0" w:line="252" w:lineRule="auto"/>
            </w:pPr>
            <w:r>
              <w:rPr>
                <w:sz w:val="18"/>
              </w:rPr>
              <w:t>[## calendar days]</w:t>
            </w:r>
          </w:p>
        </w:tc>
      </w:tr>
    </w:tbl>
    <w:p w14:paraId="624E9E4E" w14:textId="77777777" w:rsidR="00DB03AD" w:rsidRDefault="00DB03AD">
      <w:pPr>
        <w:spacing w:after="20"/>
      </w:pPr>
    </w:p>
    <w:p w14:paraId="7D1C0CCB" w14:textId="77777777" w:rsidR="00DB03AD" w:rsidRDefault="00000000">
      <w:pPr>
        <w:spacing w:after="0"/>
        <w:jc w:val="center"/>
      </w:pPr>
      <w:r>
        <w:rPr>
          <w:b/>
          <w:color w:val="617584"/>
          <w:sz w:val="16"/>
        </w:rPr>
        <w:t>CONFIDENTIAL - Prepared exclusively for the named client.</w:t>
      </w:r>
    </w:p>
    <w:p w14:paraId="3823CE9E" w14:textId="77777777" w:rsidR="00DB03AD" w:rsidRDefault="00000000">
      <w:r>
        <w:br w:type="page"/>
      </w:r>
    </w:p>
    <w:p w14:paraId="50BA5B70" w14:textId="77777777" w:rsidR="00DB03AD" w:rsidRDefault="00000000">
      <w:pPr>
        <w:pStyle w:val="Heading1"/>
      </w:pPr>
      <w:r>
        <w:lastRenderedPageBreak/>
        <w:t>1. Executive Summary</w:t>
      </w:r>
    </w:p>
    <w:p w14:paraId="1852C1F0" w14:textId="77777777" w:rsidR="00DB03AD" w:rsidRDefault="00000000">
      <w:r>
        <w:t>FimriQ proposes a responsive job portal for [CLIENT NAME] that enables employers to publish opportunities, candidates to discover and apply for roles, and authorised teams to manage listings, applications and platform activity.</w:t>
      </w:r>
    </w:p>
    <w:tbl>
      <w:tblPr>
        <w:tblW w:w="9360" w:type="dxa"/>
        <w:tblInd w:w="120" w:type="dxa"/>
        <w:tblLayout w:type="fixed"/>
        <w:tblLook w:val="04A0" w:firstRow="1" w:lastRow="0" w:firstColumn="1" w:lastColumn="0" w:noHBand="0" w:noVBand="1"/>
      </w:tblPr>
      <w:tblGrid>
        <w:gridCol w:w="9360"/>
      </w:tblGrid>
      <w:tr w:rsidR="00DB03AD" w14:paraId="68C830EC"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39E6DD65" w14:textId="77777777" w:rsidR="00DB03AD"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6309C7A4" w14:textId="77777777" w:rsidR="00DB03AD" w:rsidRDefault="00DB03AD">
      <w:pPr>
        <w:spacing w:after="0"/>
      </w:pPr>
    </w:p>
    <w:p w14:paraId="093CCCBA" w14:textId="77777777" w:rsidR="00DB03AD"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DB03AD" w14:paraId="766A54A3"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C86AF7E" w14:textId="77777777" w:rsidR="00DB03AD"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6077041" w14:textId="77777777" w:rsidR="00DB03AD" w:rsidRDefault="00000000">
            <w:pPr>
              <w:spacing w:after="0"/>
            </w:pPr>
            <w:r>
              <w:rPr>
                <w:b/>
                <w:color w:val="FFFFFF"/>
                <w:sz w:val="18"/>
              </w:rPr>
              <w:t>CURRENT UNDERSTANDING</w:t>
            </w:r>
          </w:p>
        </w:tc>
      </w:tr>
      <w:tr w:rsidR="00DB03AD" w14:paraId="472C244B"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3DE80D" w14:textId="77777777" w:rsidR="00DB03AD"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FC17DC" w14:textId="77777777" w:rsidR="00DB03AD" w:rsidRDefault="00000000">
            <w:pPr>
              <w:spacing w:after="0" w:line="252" w:lineRule="auto"/>
            </w:pPr>
            <w:r>
              <w:rPr>
                <w:sz w:val="18"/>
              </w:rPr>
              <w:t>[What should this solution achieve?]</w:t>
            </w:r>
          </w:p>
        </w:tc>
      </w:tr>
      <w:tr w:rsidR="00DB03AD" w14:paraId="510C0C7F"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3793521" w14:textId="77777777" w:rsidR="00DB03AD"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BF7EB55" w14:textId="77777777" w:rsidR="00DB03AD" w:rsidRDefault="00000000">
            <w:pPr>
              <w:spacing w:after="0" w:line="252" w:lineRule="auto"/>
            </w:pPr>
            <w:r>
              <w:rPr>
                <w:sz w:val="18"/>
              </w:rPr>
              <w:t>Jobseekers, employers/recruiters, recruitment administrators and platform management.</w:t>
            </w:r>
          </w:p>
        </w:tc>
      </w:tr>
      <w:tr w:rsidR="00DB03AD" w14:paraId="54A805D5"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483E33" w14:textId="77777777" w:rsidR="00DB03AD"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C87111B" w14:textId="77777777" w:rsidR="00DB03AD" w:rsidRDefault="00000000">
            <w:pPr>
              <w:spacing w:after="0" w:line="252" w:lineRule="auto"/>
            </w:pPr>
            <w:r>
              <w:rPr>
                <w:sz w:val="18"/>
              </w:rPr>
              <w:t>[List the most important user journeys]</w:t>
            </w:r>
          </w:p>
        </w:tc>
      </w:tr>
      <w:tr w:rsidR="00DB03AD" w14:paraId="3EDFB62B"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CF4B217" w14:textId="77777777" w:rsidR="00DB03AD"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26103E8" w14:textId="77777777" w:rsidR="00DB03AD" w:rsidRDefault="00000000">
            <w:pPr>
              <w:spacing w:after="0" w:line="252" w:lineRule="auto"/>
            </w:pPr>
            <w:r>
              <w:rPr>
                <w:sz w:val="18"/>
              </w:rPr>
              <w:t>[Owner, volume, readiness and migration needs]</w:t>
            </w:r>
          </w:p>
        </w:tc>
      </w:tr>
      <w:tr w:rsidR="00DB03AD" w14:paraId="40C5600B"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5C7620" w14:textId="77777777" w:rsidR="00DB03AD"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12C6FAF" w14:textId="77777777" w:rsidR="00DB03AD" w:rsidRDefault="00000000">
            <w:pPr>
              <w:spacing w:after="0" w:line="252" w:lineRule="auto"/>
            </w:pPr>
            <w:r>
              <w:rPr>
                <w:sz w:val="18"/>
              </w:rPr>
              <w:t>[Systems, services or APIs]</w:t>
            </w:r>
          </w:p>
        </w:tc>
      </w:tr>
      <w:tr w:rsidR="00DB03AD" w14:paraId="1B126A70"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026D2B" w14:textId="77777777" w:rsidR="00DB03AD"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B230F65" w14:textId="77777777" w:rsidR="00DB03AD" w:rsidRDefault="00000000">
            <w:pPr>
              <w:spacing w:after="0" w:line="252" w:lineRule="auto"/>
            </w:pPr>
            <w:r>
              <w:rPr>
                <w:sz w:val="18"/>
              </w:rPr>
              <w:t>[Date / window]</w:t>
            </w:r>
          </w:p>
        </w:tc>
      </w:tr>
      <w:tr w:rsidR="00DB03AD" w14:paraId="317E5B78"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C8A0EE0" w14:textId="77777777" w:rsidR="00DB03AD"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696617" w14:textId="77777777" w:rsidR="00DB03AD" w:rsidRDefault="00000000">
            <w:pPr>
              <w:spacing w:after="0" w:line="252" w:lineRule="auto"/>
            </w:pPr>
            <w:r>
              <w:rPr>
                <w:sz w:val="18"/>
              </w:rPr>
              <w:t>[Leads, sales, adoption, efficiency or service measures]</w:t>
            </w:r>
          </w:p>
        </w:tc>
      </w:tr>
    </w:tbl>
    <w:p w14:paraId="5787DFA3" w14:textId="77777777" w:rsidR="00DB03AD" w:rsidRDefault="00DB03AD">
      <w:pPr>
        <w:spacing w:after="20"/>
      </w:pPr>
    </w:p>
    <w:p w14:paraId="129B5047" w14:textId="77777777" w:rsidR="00DB03AD" w:rsidRDefault="00000000">
      <w:pPr>
        <w:pStyle w:val="Heading2"/>
      </w:pPr>
      <w:r>
        <w:t>Business Outcomes</w:t>
      </w:r>
    </w:p>
    <w:p w14:paraId="6B636205" w14:textId="77777777" w:rsidR="00DB03AD" w:rsidRDefault="00000000">
      <w:pPr>
        <w:pStyle w:val="ListBullet"/>
      </w:pPr>
      <w:r>
        <w:t>Create a clear, trustworthy experience aligned with the client brand.</w:t>
      </w:r>
    </w:p>
    <w:p w14:paraId="5EB45CCA" w14:textId="77777777" w:rsidR="00DB03AD" w:rsidRDefault="00000000">
      <w:pPr>
        <w:pStyle w:val="ListBullet"/>
      </w:pPr>
      <w:r>
        <w:t>Make priority journeys easy to complete on desktop, tablet and mobile.</w:t>
      </w:r>
    </w:p>
    <w:p w14:paraId="48589EB4" w14:textId="77777777" w:rsidR="00DB03AD" w:rsidRDefault="00000000">
      <w:pPr>
        <w:pStyle w:val="ListBullet"/>
      </w:pPr>
      <w:r>
        <w:t>Provide practical administration and reporting for authorised users.</w:t>
      </w:r>
    </w:p>
    <w:p w14:paraId="0ACD39C2" w14:textId="77777777" w:rsidR="00DB03AD" w:rsidRDefault="00000000">
      <w:pPr>
        <w:pStyle w:val="ListBullet"/>
      </w:pPr>
      <w:r>
        <w:t>Launch with documented scope, testing, handover and an ongoing support path.</w:t>
      </w:r>
    </w:p>
    <w:p w14:paraId="7E2D7D32" w14:textId="77777777" w:rsidR="00DB03AD" w:rsidRDefault="00000000">
      <w:r>
        <w:br w:type="page"/>
      </w:r>
    </w:p>
    <w:p w14:paraId="3228F06F" w14:textId="77777777" w:rsidR="00DB03AD" w:rsidRDefault="00000000">
      <w:pPr>
        <w:pStyle w:val="Heading1"/>
      </w:pPr>
      <w:r>
        <w:lastRenderedPageBreak/>
        <w:t>2. Proposed Solution &amp; Scope</w:t>
      </w:r>
    </w:p>
    <w:p w14:paraId="679CA32B" w14:textId="77777777" w:rsidR="00DB03AD"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DB03AD" w14:paraId="1595D02B"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F2CA872" w14:textId="77777777" w:rsidR="00DB03AD"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F4718F8" w14:textId="77777777" w:rsidR="00DB03AD" w:rsidRDefault="00000000">
            <w:pPr>
              <w:spacing w:after="0"/>
            </w:pPr>
            <w:r>
              <w:rPr>
                <w:b/>
                <w:color w:val="FFFFFF"/>
                <w:sz w:val="18"/>
              </w:rPr>
              <w:t>PROPOSED CAPABILITY</w:t>
            </w:r>
          </w:p>
        </w:tc>
      </w:tr>
      <w:tr w:rsidR="00DB03AD" w14:paraId="3FAC9FE8"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F5FAEA8" w14:textId="77777777" w:rsidR="00DB03AD" w:rsidRDefault="00000000">
            <w:pPr>
              <w:spacing w:after="0" w:line="252" w:lineRule="auto"/>
            </w:pPr>
            <w:r>
              <w:rPr>
                <w:sz w:val="18"/>
              </w:rPr>
              <w:t>Job discovery</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4BC1CE1" w14:textId="77777777" w:rsidR="00DB03AD" w:rsidRDefault="00000000">
            <w:pPr>
              <w:spacing w:after="0" w:line="252" w:lineRule="auto"/>
            </w:pPr>
            <w:r>
              <w:rPr>
                <w:sz w:val="18"/>
              </w:rPr>
              <w:t>Search, filters, categories, locations, job details and saved opportunities.</w:t>
            </w:r>
          </w:p>
        </w:tc>
      </w:tr>
      <w:tr w:rsidR="00DB03AD" w14:paraId="1F987F33"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7F5BA6" w14:textId="77777777" w:rsidR="00DB03AD" w:rsidRDefault="00000000">
            <w:pPr>
              <w:spacing w:after="0" w:line="252" w:lineRule="auto"/>
            </w:pPr>
            <w:r>
              <w:rPr>
                <w:sz w:val="18"/>
              </w:rPr>
              <w:t>Candidate accounts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EBDD60" w14:textId="77777777" w:rsidR="00DB03AD" w:rsidRDefault="00000000">
            <w:pPr>
              <w:spacing w:after="0" w:line="252" w:lineRule="auto"/>
            </w:pPr>
            <w:r>
              <w:rPr>
                <w:sz w:val="18"/>
              </w:rPr>
              <w:t>Profiles, CV/resume upload, application history, alerts and privacy controls.</w:t>
            </w:r>
          </w:p>
        </w:tc>
      </w:tr>
      <w:tr w:rsidR="00DB03AD" w14:paraId="47848E89"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547A68" w14:textId="77777777" w:rsidR="00DB03AD" w:rsidRDefault="00000000">
            <w:pPr>
              <w:spacing w:after="0" w:line="252" w:lineRule="auto"/>
            </w:pPr>
            <w:r>
              <w:rPr>
                <w:sz w:val="18"/>
              </w:rPr>
              <w:t>Employer accounts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E8A812" w14:textId="77777777" w:rsidR="00DB03AD" w:rsidRDefault="00000000">
            <w:pPr>
              <w:spacing w:after="0" w:line="252" w:lineRule="auto"/>
            </w:pPr>
            <w:r>
              <w:rPr>
                <w:sz w:val="18"/>
              </w:rPr>
              <w:t>Company profiles, job posting, listing management and applicant views.</w:t>
            </w:r>
          </w:p>
        </w:tc>
      </w:tr>
      <w:tr w:rsidR="00DB03AD" w14:paraId="266279AE"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5CE8FF" w14:textId="77777777" w:rsidR="00DB03AD" w:rsidRDefault="00000000">
            <w:pPr>
              <w:spacing w:after="0" w:line="252" w:lineRule="auto"/>
            </w:pPr>
            <w:r>
              <w:rPr>
                <w:sz w:val="18"/>
              </w:rPr>
              <w:t>Applications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E636690" w14:textId="77777777" w:rsidR="00DB03AD" w:rsidRDefault="00000000">
            <w:pPr>
              <w:spacing w:after="0" w:line="252" w:lineRule="auto"/>
            </w:pPr>
            <w:r>
              <w:rPr>
                <w:sz w:val="18"/>
              </w:rPr>
              <w:t>Application forms, document capture, status workflow and notifications.</w:t>
            </w:r>
          </w:p>
        </w:tc>
      </w:tr>
      <w:tr w:rsidR="00DB03AD" w14:paraId="4266C9AC"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E2DA1C" w14:textId="77777777" w:rsidR="00DB03AD" w:rsidRDefault="00000000">
            <w:pPr>
              <w:spacing w:after="0" w:line="252" w:lineRule="auto"/>
            </w:pPr>
            <w:r>
              <w:rPr>
                <w:sz w:val="18"/>
              </w:rPr>
              <w:t>Administration</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D62C1A" w14:textId="77777777" w:rsidR="00DB03AD" w:rsidRDefault="00000000">
            <w:pPr>
              <w:spacing w:after="0" w:line="252" w:lineRule="auto"/>
            </w:pPr>
            <w:r>
              <w:rPr>
                <w:sz w:val="18"/>
              </w:rPr>
              <w:t>User/listing moderation, categories, featured jobs, content and platform settings.</w:t>
            </w:r>
          </w:p>
        </w:tc>
      </w:tr>
      <w:tr w:rsidR="00DB03AD" w14:paraId="26E71309"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53985C" w14:textId="77777777" w:rsidR="00DB03AD" w:rsidRDefault="00000000">
            <w:pPr>
              <w:spacing w:after="0" w:line="252" w:lineRule="auto"/>
            </w:pPr>
            <w:r>
              <w:rPr>
                <w:sz w:val="18"/>
              </w:rPr>
              <w:t>Commercial features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08E933" w14:textId="77777777" w:rsidR="00DB03AD" w:rsidRDefault="00000000">
            <w:pPr>
              <w:spacing w:after="0" w:line="252" w:lineRule="auto"/>
            </w:pPr>
            <w:r>
              <w:rPr>
                <w:sz w:val="18"/>
              </w:rPr>
              <w:t>Optional employer packages, posting credits, subscriptions, payments and invoices.</w:t>
            </w:r>
          </w:p>
        </w:tc>
      </w:tr>
      <w:tr w:rsidR="00DB03AD" w14:paraId="6BD0103B"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D1FB04" w14:textId="77777777" w:rsidR="00DB03AD" w:rsidRDefault="00000000">
            <w:pPr>
              <w:spacing w:after="0" w:line="252" w:lineRule="auto"/>
            </w:pPr>
            <w:r>
              <w:rPr>
                <w:sz w:val="18"/>
              </w:rPr>
              <w:t>Content &amp; engagement</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7978B83" w14:textId="77777777" w:rsidR="00DB03AD" w:rsidRDefault="00000000">
            <w:pPr>
              <w:spacing w:after="0" w:line="252" w:lineRule="auto"/>
            </w:pPr>
            <w:r>
              <w:rPr>
                <w:sz w:val="18"/>
              </w:rPr>
              <w:t>Career resources, featured employers, FAQs and marketing pages.</w:t>
            </w:r>
          </w:p>
        </w:tc>
      </w:tr>
      <w:tr w:rsidR="00DB03AD" w14:paraId="3D4F1AA0"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0B9A00" w14:textId="77777777" w:rsidR="00DB03AD" w:rsidRDefault="00000000">
            <w:pPr>
              <w:spacing w:after="0" w:line="252" w:lineRule="auto"/>
            </w:pPr>
            <w:r>
              <w:rPr>
                <w:sz w:val="18"/>
              </w:rPr>
              <w:t>Reporting</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01FC17F" w14:textId="77777777" w:rsidR="00DB03AD" w:rsidRDefault="00000000">
            <w:pPr>
              <w:spacing w:after="0" w:line="252" w:lineRule="auto"/>
            </w:pPr>
            <w:r>
              <w:rPr>
                <w:sz w:val="18"/>
              </w:rPr>
              <w:t>Listings, applications, users, conversions and operational exports.</w:t>
            </w:r>
          </w:p>
        </w:tc>
      </w:tr>
    </w:tbl>
    <w:p w14:paraId="1EBD3EC6" w14:textId="77777777" w:rsidR="00DB03AD" w:rsidRDefault="00DB03AD">
      <w:pPr>
        <w:spacing w:after="20"/>
      </w:pPr>
    </w:p>
    <w:p w14:paraId="5D1DF2D1" w14:textId="77777777" w:rsidR="00DB03AD"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DB03AD" w14:paraId="46100AED"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0F9214D" w14:textId="77777777" w:rsidR="00DB03AD"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07F7DF5" w14:textId="77777777" w:rsidR="00DB03AD" w:rsidRDefault="00000000">
            <w:pPr>
              <w:spacing w:after="0"/>
            </w:pPr>
            <w:r>
              <w:rPr>
                <w:b/>
                <w:color w:val="FFFFFF"/>
                <w:sz w:val="18"/>
              </w:rPr>
              <w:t>SELECTION</w:t>
            </w:r>
          </w:p>
        </w:tc>
      </w:tr>
      <w:tr w:rsidR="00DB03AD" w14:paraId="2CAD4B20"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8007A7" w14:textId="77777777" w:rsidR="00DB03AD"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AB27E89" w14:textId="77777777" w:rsidR="00DB03AD" w:rsidRDefault="00000000">
            <w:pPr>
              <w:spacing w:after="0" w:line="252" w:lineRule="auto"/>
            </w:pPr>
            <w:r>
              <w:rPr>
                <w:sz w:val="18"/>
              </w:rPr>
              <w:t>[SELECT TIER]</w:t>
            </w:r>
          </w:p>
        </w:tc>
      </w:tr>
      <w:tr w:rsidR="00DB03AD" w14:paraId="7BA7CBA5"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27E01F" w14:textId="77777777" w:rsidR="00DB03AD"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7CDC268" w14:textId="77777777" w:rsidR="00DB03AD" w:rsidRDefault="00000000">
            <w:pPr>
              <w:spacing w:after="0" w:line="252" w:lineRule="auto"/>
            </w:pPr>
            <w:r>
              <w:rPr>
                <w:sz w:val="18"/>
              </w:rPr>
              <w:t>[LIST]</w:t>
            </w:r>
          </w:p>
        </w:tc>
      </w:tr>
      <w:tr w:rsidR="00DB03AD" w14:paraId="49CE726A"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3C7E29" w14:textId="77777777" w:rsidR="00DB03AD"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C0E998" w14:textId="77777777" w:rsidR="00DB03AD" w:rsidRDefault="00000000">
            <w:pPr>
              <w:spacing w:after="0" w:line="252" w:lineRule="auto"/>
            </w:pPr>
            <w:r>
              <w:rPr>
                <w:sz w:val="18"/>
              </w:rPr>
              <w:t>[##]</w:t>
            </w:r>
          </w:p>
        </w:tc>
      </w:tr>
      <w:tr w:rsidR="00DB03AD" w14:paraId="6F0D33D2"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0832A3" w14:textId="77777777" w:rsidR="00DB03AD"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58B60CC" w14:textId="77777777" w:rsidR="00DB03AD" w:rsidRDefault="00000000">
            <w:pPr>
              <w:spacing w:after="0" w:line="252" w:lineRule="auto"/>
            </w:pPr>
            <w:r>
              <w:rPr>
                <w:sz w:val="18"/>
              </w:rPr>
              <w:t>[LIST / N/A]</w:t>
            </w:r>
          </w:p>
        </w:tc>
      </w:tr>
      <w:tr w:rsidR="00DB03AD" w14:paraId="3C11AE0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89E497" w14:textId="77777777" w:rsidR="00DB03AD"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1364E0" w14:textId="77777777" w:rsidR="00DB03AD" w:rsidRDefault="00000000">
            <w:pPr>
              <w:spacing w:after="0" w:line="252" w:lineRule="auto"/>
            </w:pPr>
            <w:r>
              <w:rPr>
                <w:sz w:val="18"/>
              </w:rPr>
              <w:t>[LIST / NONE]</w:t>
            </w:r>
          </w:p>
        </w:tc>
      </w:tr>
      <w:tr w:rsidR="00DB03AD" w14:paraId="1AFA313E"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D4F3045" w14:textId="77777777" w:rsidR="00DB03AD"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FB9119" w14:textId="77777777" w:rsidR="00DB03AD" w:rsidRDefault="00000000">
            <w:pPr>
              <w:spacing w:after="0" w:line="252" w:lineRule="auto"/>
            </w:pPr>
            <w:r>
              <w:rPr>
                <w:sz w:val="18"/>
              </w:rPr>
              <w:t>[DETAIL / NONE]</w:t>
            </w:r>
          </w:p>
        </w:tc>
      </w:tr>
      <w:tr w:rsidR="00DB03AD" w14:paraId="06EE8140"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3FE41B" w14:textId="77777777" w:rsidR="00DB03AD"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1E8559" w14:textId="77777777" w:rsidR="00DB03AD" w:rsidRDefault="00000000">
            <w:pPr>
              <w:spacing w:after="0" w:line="252" w:lineRule="auto"/>
            </w:pPr>
            <w:r>
              <w:rPr>
                <w:sz w:val="18"/>
              </w:rPr>
              <w:t>[SELECT OPTION]</w:t>
            </w:r>
          </w:p>
        </w:tc>
      </w:tr>
      <w:tr w:rsidR="00DB03AD" w14:paraId="585071A9"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E12688" w14:textId="77777777" w:rsidR="00DB03AD"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8FDE51" w14:textId="77777777" w:rsidR="00DB03AD" w:rsidRDefault="00000000">
            <w:pPr>
              <w:spacing w:after="0" w:line="252" w:lineRule="auto"/>
            </w:pPr>
            <w:r>
              <w:rPr>
                <w:sz w:val="18"/>
              </w:rPr>
              <w:t>[SELECT PLAN]</w:t>
            </w:r>
          </w:p>
        </w:tc>
      </w:tr>
    </w:tbl>
    <w:p w14:paraId="21254EFE" w14:textId="77777777" w:rsidR="00DB03AD" w:rsidRDefault="00DB03AD">
      <w:pPr>
        <w:spacing w:after="20"/>
      </w:pPr>
    </w:p>
    <w:p w14:paraId="2F541DA6" w14:textId="77777777" w:rsidR="00DB03AD" w:rsidRDefault="00000000">
      <w:r>
        <w:br w:type="page"/>
      </w:r>
    </w:p>
    <w:p w14:paraId="490225B2" w14:textId="77777777" w:rsidR="00DB03AD" w:rsidRDefault="00000000">
      <w:pPr>
        <w:pStyle w:val="Heading1"/>
      </w:pPr>
      <w:r>
        <w:lastRenderedPageBreak/>
        <w:t>3. Package Options</w:t>
      </w:r>
    </w:p>
    <w:p w14:paraId="726D06F0" w14:textId="77777777" w:rsidR="00DB03AD"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DB03AD" w14:paraId="00EC9408"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BB006E5" w14:textId="77777777" w:rsidR="00DB03AD"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B0553A4" w14:textId="77777777" w:rsidR="00DB03AD"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66662E3" w14:textId="77777777" w:rsidR="00DB03AD" w:rsidRDefault="00000000">
            <w:pPr>
              <w:spacing w:after="0"/>
            </w:pPr>
            <w:r>
              <w:rPr>
                <w:b/>
                <w:color w:val="FFFFFF"/>
                <w:sz w:val="17"/>
              </w:rPr>
              <w:t>SELECT</w:t>
            </w:r>
          </w:p>
        </w:tc>
      </w:tr>
      <w:tr w:rsidR="00DB03AD" w14:paraId="1CBA6B05"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F7AA29" w14:textId="77777777" w:rsidR="00DB03AD" w:rsidRDefault="00000000">
            <w:pPr>
              <w:spacing w:after="0" w:line="252" w:lineRule="auto"/>
            </w:pPr>
            <w:r>
              <w:rPr>
                <w:sz w:val="16"/>
              </w:rPr>
              <w:t>Portal Foundation</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E47A3A9" w14:textId="77777777" w:rsidR="00DB03AD" w:rsidRDefault="00000000">
            <w:pPr>
              <w:spacing w:after="0" w:line="252" w:lineRule="auto"/>
            </w:pPr>
            <w:r>
              <w:rPr>
                <w:sz w:val="16"/>
              </w:rPr>
              <w:t>Job listings, search, applications, candidate/employer accounts and core administration.</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5E7BA6" w14:textId="77777777" w:rsidR="00DB03AD" w:rsidRDefault="00000000">
            <w:pPr>
              <w:spacing w:after="0" w:line="252" w:lineRule="auto"/>
            </w:pPr>
            <w:r>
              <w:rPr>
                <w:sz w:val="16"/>
              </w:rPr>
              <w:t>[ ]</w:t>
            </w:r>
          </w:p>
        </w:tc>
      </w:tr>
      <w:tr w:rsidR="00DB03AD" w14:paraId="69A71134"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A85EE2" w14:textId="77777777" w:rsidR="00DB03AD" w:rsidRDefault="00000000">
            <w:pPr>
              <w:spacing w:after="0" w:line="252" w:lineRule="auto"/>
            </w:pPr>
            <w:r>
              <w:rPr>
                <w:sz w:val="16"/>
              </w:rPr>
              <w:t>Portal Growth</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4CC330" w14:textId="77777777" w:rsidR="00DB03AD" w:rsidRDefault="00000000">
            <w:pPr>
              <w:spacing w:after="0" w:line="252" w:lineRule="auto"/>
            </w:pPr>
            <w:r>
              <w:rPr>
                <w:sz w:val="16"/>
              </w:rPr>
              <w:t>Profiles, alerts, moderation, employer packages, payments and enhanced reporting.</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FE90664" w14:textId="77777777" w:rsidR="00DB03AD" w:rsidRDefault="00000000">
            <w:pPr>
              <w:spacing w:after="0" w:line="252" w:lineRule="auto"/>
            </w:pPr>
            <w:r>
              <w:rPr>
                <w:sz w:val="16"/>
              </w:rPr>
              <w:t>[ ]</w:t>
            </w:r>
          </w:p>
        </w:tc>
      </w:tr>
      <w:tr w:rsidR="00DB03AD" w14:paraId="388E6529"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4BE0CA" w14:textId="77777777" w:rsidR="00DB03AD" w:rsidRDefault="00000000">
            <w:pPr>
              <w:spacing w:after="0" w:line="252" w:lineRule="auto"/>
            </w:pPr>
            <w:r>
              <w:rPr>
                <w:sz w:val="16"/>
              </w:rPr>
              <w:t>Portal Scale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FB8A9B" w14:textId="77777777" w:rsidR="00DB03AD" w:rsidRDefault="00000000">
            <w:pPr>
              <w:spacing w:after="0" w:line="252" w:lineRule="auto"/>
            </w:pPr>
            <w:r>
              <w:rPr>
                <w:sz w:val="16"/>
              </w:rPr>
              <w:t>Advanced matching, integrations, mobile apps, multi-market needs and enterprise operations.</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3016BB9" w14:textId="77777777" w:rsidR="00DB03AD" w:rsidRDefault="00000000">
            <w:pPr>
              <w:spacing w:after="0" w:line="252" w:lineRule="auto"/>
            </w:pPr>
            <w:r>
              <w:rPr>
                <w:sz w:val="16"/>
              </w:rPr>
              <w:t>[ ]</w:t>
            </w:r>
          </w:p>
        </w:tc>
      </w:tr>
    </w:tbl>
    <w:p w14:paraId="49CB9E46" w14:textId="77777777" w:rsidR="00DB03AD" w:rsidRDefault="00DB03AD">
      <w:pPr>
        <w:spacing w:after="20"/>
      </w:pPr>
    </w:p>
    <w:p w14:paraId="2383CF1B" w14:textId="77777777" w:rsidR="00DB03AD" w:rsidRDefault="00000000">
      <w:pPr>
        <w:pStyle w:val="Heading2"/>
      </w:pPr>
      <w:r>
        <w:t>Optional Add-ons</w:t>
      </w:r>
    </w:p>
    <w:p w14:paraId="12ACF2F6" w14:textId="77777777" w:rsidR="00DB03AD" w:rsidRDefault="00000000">
      <w:pPr>
        <w:pStyle w:val="ListBullet"/>
      </w:pPr>
      <w:r>
        <w:t>Employer subscription/payment plans</w:t>
      </w:r>
    </w:p>
    <w:p w14:paraId="0FF18B08" w14:textId="77777777" w:rsidR="00DB03AD" w:rsidRDefault="00000000">
      <w:pPr>
        <w:pStyle w:val="ListBullet"/>
      </w:pPr>
      <w:r>
        <w:t>CV parsing or profile extraction</w:t>
      </w:r>
    </w:p>
    <w:p w14:paraId="406F6635" w14:textId="77777777" w:rsidR="00DB03AD" w:rsidRDefault="00000000">
      <w:pPr>
        <w:pStyle w:val="ListBullet"/>
      </w:pPr>
      <w:r>
        <w:t>AI-assisted matching and recommendations</w:t>
      </w:r>
    </w:p>
    <w:p w14:paraId="0CB0D0DB" w14:textId="77777777" w:rsidR="00DB03AD" w:rsidRDefault="00000000">
      <w:pPr>
        <w:pStyle w:val="ListBullet"/>
      </w:pPr>
      <w:r>
        <w:t>Interview scheduling</w:t>
      </w:r>
    </w:p>
    <w:p w14:paraId="76490D9D" w14:textId="77777777" w:rsidR="00DB03AD" w:rsidRDefault="00000000">
      <w:pPr>
        <w:pStyle w:val="ListBullet"/>
      </w:pPr>
      <w:r>
        <w:t>Email/SMS/WhatsApp notifications</w:t>
      </w:r>
    </w:p>
    <w:p w14:paraId="6B9C38BE" w14:textId="77777777" w:rsidR="00DB03AD" w:rsidRDefault="00000000">
      <w:pPr>
        <w:pStyle w:val="ListBullet"/>
      </w:pPr>
      <w:r>
        <w:t>Recruitment/HR system integration</w:t>
      </w:r>
    </w:p>
    <w:p w14:paraId="6339C2D6" w14:textId="77777777" w:rsidR="00DB03AD" w:rsidRDefault="00000000">
      <w:pPr>
        <w:pStyle w:val="ListBullet"/>
      </w:pPr>
      <w:r>
        <w:t>Identity verification</w:t>
      </w:r>
    </w:p>
    <w:p w14:paraId="39F488A6" w14:textId="77777777" w:rsidR="00DB03AD" w:rsidRDefault="00000000">
      <w:pPr>
        <w:pStyle w:val="ListBullet"/>
      </w:pPr>
      <w:r>
        <w:t>Multilingual content</w:t>
      </w:r>
    </w:p>
    <w:p w14:paraId="752B1A46" w14:textId="77777777" w:rsidR="00DB03AD" w:rsidRDefault="00000000">
      <w:pPr>
        <w:pStyle w:val="ListBullet"/>
      </w:pPr>
      <w:r>
        <w:t>PWA or native/cross-platform apps</w:t>
      </w:r>
    </w:p>
    <w:p w14:paraId="119BE4B2" w14:textId="77777777" w:rsidR="00DB03AD" w:rsidRDefault="00000000">
      <w:pPr>
        <w:pStyle w:val="ListBullet"/>
      </w:pPr>
      <w:r>
        <w:t>Enhanced security, moderation and scalable cloud hosting</w:t>
      </w:r>
    </w:p>
    <w:p w14:paraId="24A13E7B" w14:textId="77777777" w:rsidR="00DB03AD"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DB03AD" w14:paraId="6D1E7502"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8E6C8E7" w14:textId="77777777" w:rsidR="00DB03AD"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8B6260D" w14:textId="77777777" w:rsidR="00DB03AD"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EDE9C48" w14:textId="77777777" w:rsidR="00DB03AD" w:rsidRDefault="00000000">
            <w:pPr>
              <w:spacing w:after="0"/>
            </w:pPr>
            <w:r>
              <w:rPr>
                <w:b/>
                <w:color w:val="FFFFFF"/>
                <w:sz w:val="18"/>
              </w:rPr>
              <w:t>INVESTMENT</w:t>
            </w:r>
          </w:p>
        </w:tc>
      </w:tr>
      <w:tr w:rsidR="00DB03AD" w14:paraId="0B958943"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7BBB7F" w14:textId="77777777" w:rsidR="00DB03AD"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9D4D505" w14:textId="77777777" w:rsidR="00DB03AD"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FD1182" w14:textId="77777777" w:rsidR="00DB03AD" w:rsidRDefault="00000000">
            <w:pPr>
              <w:spacing w:after="0" w:line="252" w:lineRule="auto"/>
            </w:pPr>
            <w:r>
              <w:rPr>
                <w:sz w:val="18"/>
              </w:rPr>
              <w:t>[CUR 0.00]</w:t>
            </w:r>
          </w:p>
        </w:tc>
      </w:tr>
      <w:tr w:rsidR="00DB03AD" w14:paraId="1BA92FFF"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2BF8B70" w14:textId="77777777" w:rsidR="00DB03AD"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54EEBB" w14:textId="77777777" w:rsidR="00DB03AD"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A572167" w14:textId="77777777" w:rsidR="00DB03AD" w:rsidRDefault="00000000">
            <w:pPr>
              <w:spacing w:after="0" w:line="252" w:lineRule="auto"/>
            </w:pPr>
            <w:r>
              <w:rPr>
                <w:sz w:val="18"/>
              </w:rPr>
              <w:t>[CUR 0.00]</w:t>
            </w:r>
          </w:p>
        </w:tc>
      </w:tr>
      <w:tr w:rsidR="00DB03AD" w14:paraId="29083B08"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A30E15" w14:textId="77777777" w:rsidR="00DB03AD"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E6025EA" w14:textId="77777777" w:rsidR="00DB03AD"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9B61EB" w14:textId="77777777" w:rsidR="00DB03AD" w:rsidRDefault="00000000">
            <w:pPr>
              <w:spacing w:after="0" w:line="252" w:lineRule="auto"/>
            </w:pPr>
            <w:r>
              <w:rPr>
                <w:sz w:val="18"/>
              </w:rPr>
              <w:t>[CUR 0.00]</w:t>
            </w:r>
          </w:p>
        </w:tc>
      </w:tr>
    </w:tbl>
    <w:p w14:paraId="3BCD6066" w14:textId="77777777" w:rsidR="00DB03AD" w:rsidRDefault="00DB03AD">
      <w:pPr>
        <w:spacing w:after="20"/>
      </w:pPr>
    </w:p>
    <w:p w14:paraId="50F7EF43" w14:textId="77777777" w:rsidR="00DB03AD" w:rsidRDefault="00000000">
      <w:r>
        <w:br w:type="page"/>
      </w:r>
    </w:p>
    <w:p w14:paraId="52A2BEBF" w14:textId="77777777" w:rsidR="00DB03AD"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DB03AD" w14:paraId="79145598"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87C8452" w14:textId="77777777" w:rsidR="00DB03AD"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BED1CF2" w14:textId="77777777" w:rsidR="00DB03AD"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27C63FB" w14:textId="77777777" w:rsidR="00DB03AD" w:rsidRDefault="00000000">
            <w:pPr>
              <w:spacing w:after="0"/>
            </w:pPr>
            <w:r>
              <w:rPr>
                <w:b/>
                <w:color w:val="FFFFFF"/>
                <w:sz w:val="17"/>
              </w:rPr>
              <w:t>APPROVAL / OUTPUT</w:t>
            </w:r>
          </w:p>
        </w:tc>
      </w:tr>
      <w:tr w:rsidR="00DB03AD" w14:paraId="41EBAFA1"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C249804" w14:textId="77777777" w:rsidR="00DB03AD"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E89C4E" w14:textId="77777777" w:rsidR="00DB03AD"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C147C8" w14:textId="77777777" w:rsidR="00DB03AD" w:rsidRDefault="00000000">
            <w:pPr>
              <w:spacing w:after="0" w:line="252" w:lineRule="auto"/>
            </w:pPr>
            <w:r>
              <w:rPr>
                <w:sz w:val="16"/>
              </w:rPr>
              <w:t>Agreed scope baseline</w:t>
            </w:r>
          </w:p>
        </w:tc>
      </w:tr>
      <w:tr w:rsidR="00DB03AD" w14:paraId="5CC5E3E1"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BD8397" w14:textId="77777777" w:rsidR="00DB03AD"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66DF200" w14:textId="77777777" w:rsidR="00DB03AD"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2E9C20B" w14:textId="77777777" w:rsidR="00DB03AD" w:rsidRDefault="00000000">
            <w:pPr>
              <w:spacing w:after="0" w:line="252" w:lineRule="auto"/>
            </w:pPr>
            <w:r>
              <w:rPr>
                <w:sz w:val="16"/>
              </w:rPr>
              <w:t>Prototype approval</w:t>
            </w:r>
          </w:p>
        </w:tc>
      </w:tr>
      <w:tr w:rsidR="00DB03AD" w14:paraId="6394DDBA"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C41E4F" w14:textId="77777777" w:rsidR="00DB03AD"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4CB98F0" w14:textId="77777777" w:rsidR="00DB03AD"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B6F9AC" w14:textId="77777777" w:rsidR="00DB03AD" w:rsidRDefault="00000000">
            <w:pPr>
              <w:spacing w:after="0" w:line="252" w:lineRule="auto"/>
            </w:pPr>
            <w:r>
              <w:rPr>
                <w:sz w:val="16"/>
              </w:rPr>
              <w:t>Progress reviews</w:t>
            </w:r>
          </w:p>
        </w:tc>
      </w:tr>
      <w:tr w:rsidR="00DB03AD" w14:paraId="0CBFDD2D"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0B02C9" w14:textId="77777777" w:rsidR="00DB03AD"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E76BE2B" w14:textId="77777777" w:rsidR="00DB03AD"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6A8011" w14:textId="77777777" w:rsidR="00DB03AD" w:rsidRDefault="00000000">
            <w:pPr>
              <w:spacing w:after="0" w:line="252" w:lineRule="auto"/>
            </w:pPr>
            <w:r>
              <w:rPr>
                <w:sz w:val="16"/>
              </w:rPr>
              <w:t>QA readiness</w:t>
            </w:r>
          </w:p>
        </w:tc>
      </w:tr>
      <w:tr w:rsidR="00DB03AD" w14:paraId="52E76E6C"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794C863" w14:textId="77777777" w:rsidR="00DB03AD"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D84AEA" w14:textId="77777777" w:rsidR="00DB03AD"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BEE1C1" w14:textId="77777777" w:rsidR="00DB03AD" w:rsidRDefault="00000000">
            <w:pPr>
              <w:spacing w:after="0" w:line="252" w:lineRule="auto"/>
            </w:pPr>
            <w:r>
              <w:rPr>
                <w:sz w:val="16"/>
              </w:rPr>
              <w:t>Written UAT approval</w:t>
            </w:r>
          </w:p>
        </w:tc>
      </w:tr>
      <w:tr w:rsidR="00DB03AD" w14:paraId="155FE0CD"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383FFC0" w14:textId="77777777" w:rsidR="00DB03AD"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F72C69" w14:textId="77777777" w:rsidR="00DB03AD"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6F92CF" w14:textId="77777777" w:rsidR="00DB03AD" w:rsidRDefault="00000000">
            <w:pPr>
              <w:spacing w:after="0" w:line="252" w:lineRule="auto"/>
            </w:pPr>
            <w:r>
              <w:rPr>
                <w:sz w:val="16"/>
              </w:rPr>
              <w:t>Go-live</w:t>
            </w:r>
          </w:p>
        </w:tc>
      </w:tr>
      <w:tr w:rsidR="00DB03AD" w14:paraId="67880B45"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3FC488" w14:textId="77777777" w:rsidR="00DB03AD"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6367C1" w14:textId="77777777" w:rsidR="00DB03AD"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90227E" w14:textId="77777777" w:rsidR="00DB03AD" w:rsidRDefault="00000000">
            <w:pPr>
              <w:spacing w:after="0" w:line="252" w:lineRule="auto"/>
            </w:pPr>
            <w:r>
              <w:rPr>
                <w:sz w:val="16"/>
              </w:rPr>
              <w:t>Handover completion</w:t>
            </w:r>
          </w:p>
        </w:tc>
      </w:tr>
    </w:tbl>
    <w:p w14:paraId="69254B8D" w14:textId="77777777" w:rsidR="00DB03AD" w:rsidRDefault="00DB03AD">
      <w:pPr>
        <w:spacing w:after="20"/>
      </w:pPr>
    </w:p>
    <w:p w14:paraId="56D0593B" w14:textId="77777777" w:rsidR="00DB03AD" w:rsidRDefault="00000000">
      <w:pPr>
        <w:pStyle w:val="Heading2"/>
      </w:pPr>
      <w:r>
        <w:t>Client Responsibilities</w:t>
      </w:r>
    </w:p>
    <w:p w14:paraId="11FC13B0" w14:textId="77777777" w:rsidR="00DB03AD" w:rsidRDefault="00000000">
      <w:pPr>
        <w:pStyle w:val="ListBullet"/>
      </w:pPr>
      <w:r>
        <w:t>Appoint one authorised project owner and provide consolidated feedback.</w:t>
      </w:r>
    </w:p>
    <w:p w14:paraId="0E8C05F5" w14:textId="77777777" w:rsidR="00DB03AD" w:rsidRDefault="00000000">
      <w:pPr>
        <w:pStyle w:val="ListBullet"/>
      </w:pPr>
      <w:r>
        <w:t>Supply approved content, data, branding, credentials and third-party accounts on time.</w:t>
      </w:r>
    </w:p>
    <w:p w14:paraId="2CCD3244" w14:textId="77777777" w:rsidR="00DB03AD" w:rsidRDefault="00000000">
      <w:pPr>
        <w:pStyle w:val="ListBullet"/>
      </w:pPr>
      <w:r>
        <w:t>Review deliverables and provide approvals within [##] working days.</w:t>
      </w:r>
    </w:p>
    <w:p w14:paraId="570E1F43" w14:textId="77777777" w:rsidR="00DB03AD" w:rsidRDefault="00000000">
      <w:pPr>
        <w:pStyle w:val="ListBullet"/>
      </w:pPr>
      <w:r>
        <w:t>Conduct UAT with representative users and documented scenarios.</w:t>
      </w:r>
    </w:p>
    <w:p w14:paraId="53D22EE5" w14:textId="77777777" w:rsidR="00DB03AD" w:rsidRDefault="00000000">
      <w:r>
        <w:br w:type="page"/>
      </w:r>
    </w:p>
    <w:p w14:paraId="415DF410" w14:textId="77777777" w:rsidR="00DB03AD"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DB03AD" w14:paraId="14207443"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C68E0BB" w14:textId="77777777" w:rsidR="00DB03AD"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E823462" w14:textId="77777777" w:rsidR="00DB03AD" w:rsidRDefault="00000000">
            <w:pPr>
              <w:spacing w:after="0"/>
            </w:pPr>
            <w:r>
              <w:rPr>
                <w:b/>
                <w:color w:val="FFFFFF"/>
                <w:sz w:val="18"/>
              </w:rPr>
              <w:t>STATUS / DETAIL</w:t>
            </w:r>
          </w:p>
        </w:tc>
      </w:tr>
      <w:tr w:rsidR="00DB03AD" w14:paraId="191FFD0B"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18EE1B" w14:textId="77777777" w:rsidR="00DB03AD"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3734B64" w14:textId="77777777" w:rsidR="00DB03AD" w:rsidRDefault="00000000">
            <w:pPr>
              <w:spacing w:after="0" w:line="252" w:lineRule="auto"/>
            </w:pPr>
            <w:r>
              <w:rPr>
                <w:sz w:val="18"/>
              </w:rPr>
              <w:t>[Included]</w:t>
            </w:r>
          </w:p>
        </w:tc>
      </w:tr>
      <w:tr w:rsidR="00DB03AD" w14:paraId="34CB5C3A"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3B4DEF" w14:textId="77777777" w:rsidR="00DB03AD"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29B9D8" w14:textId="77777777" w:rsidR="00DB03AD" w:rsidRDefault="00000000">
            <w:pPr>
              <w:spacing w:after="0" w:line="252" w:lineRule="auto"/>
            </w:pPr>
            <w:r>
              <w:rPr>
                <w:sz w:val="18"/>
              </w:rPr>
              <w:t>[Included / define screens]</w:t>
            </w:r>
          </w:p>
        </w:tc>
      </w:tr>
      <w:tr w:rsidR="00DB03AD" w14:paraId="27B1A7FD"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9DDEDB" w14:textId="77777777" w:rsidR="00DB03AD"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7B63D4" w14:textId="77777777" w:rsidR="00DB03AD" w:rsidRDefault="00000000">
            <w:pPr>
              <w:spacing w:after="0" w:line="252" w:lineRule="auto"/>
            </w:pPr>
            <w:r>
              <w:rPr>
                <w:sz w:val="18"/>
              </w:rPr>
              <w:t>[Included / define pages and modules]</w:t>
            </w:r>
          </w:p>
        </w:tc>
      </w:tr>
      <w:tr w:rsidR="00DB03AD" w14:paraId="3F5D11F3"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8664EE" w14:textId="77777777" w:rsidR="00DB03AD"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DAFE5C" w14:textId="77777777" w:rsidR="00DB03AD" w:rsidRDefault="00000000">
            <w:pPr>
              <w:spacing w:after="0" w:line="252" w:lineRule="auto"/>
            </w:pPr>
            <w:r>
              <w:rPr>
                <w:sz w:val="18"/>
              </w:rPr>
              <w:t>[Included / excluded / detail]</w:t>
            </w:r>
          </w:p>
        </w:tc>
      </w:tr>
      <w:tr w:rsidR="00DB03AD" w14:paraId="6ADE13F1"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865AEF" w14:textId="77777777" w:rsidR="00DB03AD"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D5B83D9" w14:textId="77777777" w:rsidR="00DB03AD" w:rsidRDefault="00000000">
            <w:pPr>
              <w:spacing w:after="0" w:line="252" w:lineRule="auto"/>
            </w:pPr>
            <w:r>
              <w:rPr>
                <w:sz w:val="18"/>
              </w:rPr>
              <w:t>[List]</w:t>
            </w:r>
          </w:p>
        </w:tc>
      </w:tr>
      <w:tr w:rsidR="00DB03AD" w14:paraId="03ED43A4"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AFE4FB" w14:textId="77777777" w:rsidR="00DB03AD"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F068B2" w14:textId="77777777" w:rsidR="00DB03AD" w:rsidRDefault="00000000">
            <w:pPr>
              <w:spacing w:after="0" w:line="252" w:lineRule="auto"/>
            </w:pPr>
            <w:r>
              <w:rPr>
                <w:sz w:val="18"/>
              </w:rPr>
              <w:t>[Define allowance]</w:t>
            </w:r>
          </w:p>
        </w:tc>
      </w:tr>
      <w:tr w:rsidR="00DB03AD" w14:paraId="313E1EB8"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48AF4A" w14:textId="77777777" w:rsidR="00DB03AD"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F797303" w14:textId="77777777" w:rsidR="00DB03AD" w:rsidRDefault="00000000">
            <w:pPr>
              <w:spacing w:after="0" w:line="252" w:lineRule="auto"/>
            </w:pPr>
            <w:r>
              <w:rPr>
                <w:sz w:val="18"/>
              </w:rPr>
              <w:t>[Define cycles]</w:t>
            </w:r>
          </w:p>
        </w:tc>
      </w:tr>
      <w:tr w:rsidR="00DB03AD" w14:paraId="3C0CAC73"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2D5083" w14:textId="77777777" w:rsidR="00DB03AD"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07678FF" w14:textId="77777777" w:rsidR="00DB03AD" w:rsidRDefault="00000000">
            <w:pPr>
              <w:spacing w:after="0" w:line="252" w:lineRule="auto"/>
            </w:pPr>
            <w:r>
              <w:rPr>
                <w:sz w:val="18"/>
              </w:rPr>
              <w:t>[Environment]</w:t>
            </w:r>
          </w:p>
        </w:tc>
      </w:tr>
      <w:tr w:rsidR="00DB03AD" w14:paraId="296670BB"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407B23" w14:textId="77777777" w:rsidR="00DB03AD"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C0D2DE" w14:textId="77777777" w:rsidR="00DB03AD" w:rsidRDefault="00000000">
            <w:pPr>
              <w:spacing w:after="0" w:line="252" w:lineRule="auto"/>
            </w:pPr>
            <w:r>
              <w:rPr>
                <w:sz w:val="18"/>
              </w:rPr>
              <w:t>[Define sessions/artefacts]</w:t>
            </w:r>
          </w:p>
        </w:tc>
      </w:tr>
      <w:tr w:rsidR="00DB03AD" w14:paraId="0CA06459"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9FF86DB" w14:textId="77777777" w:rsidR="00DB03AD"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E55FFE" w14:textId="77777777" w:rsidR="00DB03AD" w:rsidRDefault="00000000">
            <w:pPr>
              <w:spacing w:after="0" w:line="252" w:lineRule="auto"/>
            </w:pPr>
            <w:r>
              <w:rPr>
                <w:sz w:val="18"/>
              </w:rPr>
              <w:t>[## days]</w:t>
            </w:r>
          </w:p>
        </w:tc>
      </w:tr>
    </w:tbl>
    <w:p w14:paraId="00367258" w14:textId="77777777" w:rsidR="00DB03AD" w:rsidRDefault="00DB03AD">
      <w:pPr>
        <w:spacing w:after="20"/>
      </w:pPr>
    </w:p>
    <w:p w14:paraId="43CD3C70" w14:textId="77777777" w:rsidR="00DB03AD"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DB03AD" w14:paraId="0089D905"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3945D72" w14:textId="77777777" w:rsidR="00DB03AD"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DD1AE96" w14:textId="77777777" w:rsidR="00DB03AD"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02397F8" w14:textId="77777777" w:rsidR="00DB03AD" w:rsidRDefault="00000000">
            <w:pPr>
              <w:spacing w:after="0"/>
            </w:pPr>
            <w:r>
              <w:rPr>
                <w:b/>
                <w:color w:val="FFFFFF"/>
                <w:sz w:val="18"/>
              </w:rPr>
              <w:t>TARGET DATES</w:t>
            </w:r>
          </w:p>
        </w:tc>
      </w:tr>
      <w:tr w:rsidR="00DB03AD" w14:paraId="3D0ACEE2"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5732B7" w14:textId="77777777" w:rsidR="00DB03AD" w:rsidRDefault="00000000">
            <w:pPr>
              <w:spacing w:after="0" w:line="252" w:lineRule="auto"/>
            </w:pPr>
            <w:r>
              <w:rPr>
                <w:sz w:val="18"/>
              </w:rPr>
              <w:t>Discovery &amp; marketplace rules</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3415C2B" w14:textId="77777777" w:rsidR="00DB03AD"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7999B6" w14:textId="77777777" w:rsidR="00DB03AD" w:rsidRDefault="00000000">
            <w:pPr>
              <w:spacing w:after="0" w:line="252" w:lineRule="auto"/>
            </w:pPr>
            <w:r>
              <w:rPr>
                <w:sz w:val="18"/>
              </w:rPr>
              <w:t>[START - END]</w:t>
            </w:r>
          </w:p>
        </w:tc>
      </w:tr>
      <w:tr w:rsidR="00DB03AD" w14:paraId="3FE7E1A4"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2AF96EE" w14:textId="77777777" w:rsidR="00DB03AD" w:rsidRDefault="00000000">
            <w:pPr>
              <w:spacing w:after="0" w:line="252" w:lineRule="auto"/>
            </w:pPr>
            <w:r>
              <w:rPr>
                <w:sz w:val="18"/>
              </w:rPr>
              <w:t>UX and role-based prototype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53E18B5" w14:textId="77777777" w:rsidR="00DB03AD" w:rsidRDefault="00000000">
            <w:pPr>
              <w:spacing w:after="0" w:line="252" w:lineRule="auto"/>
            </w:pPr>
            <w:r>
              <w:rPr>
                <w:sz w:val="18"/>
              </w:rPr>
              <w:t>[2-3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468EFA" w14:textId="77777777" w:rsidR="00DB03AD" w:rsidRDefault="00000000">
            <w:pPr>
              <w:spacing w:after="0" w:line="252" w:lineRule="auto"/>
            </w:pPr>
            <w:r>
              <w:rPr>
                <w:sz w:val="18"/>
              </w:rPr>
              <w:t>[START - END]</w:t>
            </w:r>
          </w:p>
        </w:tc>
      </w:tr>
      <w:tr w:rsidR="00DB03AD" w14:paraId="5FFD3FF2"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C81BBB" w14:textId="77777777" w:rsidR="00DB03AD" w:rsidRDefault="00000000">
            <w:pPr>
              <w:spacing w:after="0" w:line="252" w:lineRule="auto"/>
            </w:pPr>
            <w:r>
              <w:rPr>
                <w:sz w:val="18"/>
              </w:rPr>
              <w:t>Core portal build</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DCB5E4" w14:textId="77777777" w:rsidR="00DB03AD" w:rsidRDefault="00000000">
            <w:pPr>
              <w:spacing w:after="0" w:line="252" w:lineRule="auto"/>
            </w:pPr>
            <w:r>
              <w:rPr>
                <w:sz w:val="18"/>
              </w:rPr>
              <w:t>[4-8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3AC750" w14:textId="77777777" w:rsidR="00DB03AD" w:rsidRDefault="00000000">
            <w:pPr>
              <w:spacing w:after="0" w:line="252" w:lineRule="auto"/>
            </w:pPr>
            <w:r>
              <w:rPr>
                <w:sz w:val="18"/>
              </w:rPr>
              <w:t>[START - END]</w:t>
            </w:r>
          </w:p>
        </w:tc>
      </w:tr>
      <w:tr w:rsidR="00DB03AD" w14:paraId="10F24842"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18B18BC" w14:textId="77777777" w:rsidR="00DB03AD" w:rsidRDefault="00000000">
            <w:pPr>
              <w:spacing w:after="0" w:line="252" w:lineRule="auto"/>
            </w:pPr>
            <w:r>
              <w:rPr>
                <w:sz w:val="18"/>
              </w:rPr>
              <w:t>Payments/integrations/add-ons</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0409467" w14:textId="77777777" w:rsidR="00DB03AD" w:rsidRDefault="00000000">
            <w:pPr>
              <w:spacing w:after="0" w:line="252" w:lineRule="auto"/>
            </w:pPr>
            <w:r>
              <w:rPr>
                <w:sz w:val="18"/>
              </w:rPr>
              <w:t>[1-4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89FE6B" w14:textId="77777777" w:rsidR="00DB03AD" w:rsidRDefault="00000000">
            <w:pPr>
              <w:spacing w:after="0" w:line="252" w:lineRule="auto"/>
            </w:pPr>
            <w:r>
              <w:rPr>
                <w:sz w:val="18"/>
              </w:rPr>
              <w:t>[START - END]</w:t>
            </w:r>
          </w:p>
        </w:tc>
      </w:tr>
      <w:tr w:rsidR="00DB03AD" w14:paraId="4CAAF3A1"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CAC958" w14:textId="77777777" w:rsidR="00DB03AD" w:rsidRDefault="00000000">
            <w:pPr>
              <w:spacing w:after="0" w:line="252" w:lineRule="auto"/>
            </w:pPr>
            <w:r>
              <w:rPr>
                <w:sz w:val="18"/>
              </w:rPr>
              <w:t>QA, moderation tests &amp; UAT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9B05BE" w14:textId="77777777" w:rsidR="00DB03AD" w:rsidRDefault="00000000">
            <w:pPr>
              <w:spacing w:after="0" w:line="252" w:lineRule="auto"/>
            </w:pPr>
            <w:r>
              <w:rPr>
                <w:sz w:val="18"/>
              </w:rPr>
              <w:t>[2-3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381C85" w14:textId="77777777" w:rsidR="00DB03AD" w:rsidRDefault="00000000">
            <w:pPr>
              <w:spacing w:after="0" w:line="252" w:lineRule="auto"/>
            </w:pPr>
            <w:r>
              <w:rPr>
                <w:sz w:val="18"/>
              </w:rPr>
              <w:t>[START - END]</w:t>
            </w:r>
          </w:p>
        </w:tc>
      </w:tr>
      <w:tr w:rsidR="00DB03AD" w14:paraId="2ABBD7C6"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551551B" w14:textId="77777777" w:rsidR="00DB03AD" w:rsidRDefault="00000000">
            <w:pPr>
              <w:spacing w:after="0" w:line="252" w:lineRule="auto"/>
            </w:pPr>
            <w:r>
              <w:rPr>
                <w:sz w:val="18"/>
              </w:rPr>
              <w:t>Launch &amp; hypercare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3AE30C" w14:textId="77777777" w:rsidR="00DB03AD" w:rsidRDefault="00000000">
            <w:pPr>
              <w:spacing w:after="0" w:line="252" w:lineRule="auto"/>
            </w:pPr>
            <w:r>
              <w:rPr>
                <w:sz w:val="18"/>
              </w:rPr>
              <w:t>[1 week]</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A250EF6" w14:textId="77777777" w:rsidR="00DB03AD" w:rsidRDefault="00000000">
            <w:pPr>
              <w:spacing w:after="0" w:line="252" w:lineRule="auto"/>
            </w:pPr>
            <w:r>
              <w:rPr>
                <w:sz w:val="18"/>
              </w:rPr>
              <w:t>[START - END]</w:t>
            </w:r>
          </w:p>
        </w:tc>
      </w:tr>
    </w:tbl>
    <w:p w14:paraId="035189B2" w14:textId="77777777" w:rsidR="00DB03AD" w:rsidRDefault="00DB03AD">
      <w:pPr>
        <w:spacing w:after="20"/>
      </w:pPr>
    </w:p>
    <w:tbl>
      <w:tblPr>
        <w:tblW w:w="9360" w:type="dxa"/>
        <w:tblInd w:w="120" w:type="dxa"/>
        <w:tblLayout w:type="fixed"/>
        <w:tblLook w:val="04A0" w:firstRow="1" w:lastRow="0" w:firstColumn="1" w:lastColumn="0" w:noHBand="0" w:noVBand="1"/>
      </w:tblPr>
      <w:tblGrid>
        <w:gridCol w:w="9360"/>
      </w:tblGrid>
      <w:tr w:rsidR="00DB03AD" w14:paraId="53E0D23A"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6A1C1F12" w14:textId="77777777" w:rsidR="00DB03AD"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72EDDFFF" w14:textId="77777777" w:rsidR="00DB03AD" w:rsidRDefault="00DB03AD">
      <w:pPr>
        <w:spacing w:after="0"/>
      </w:pPr>
    </w:p>
    <w:p w14:paraId="2AB72D2E" w14:textId="77777777" w:rsidR="00DB03AD" w:rsidRDefault="00000000">
      <w:r>
        <w:br w:type="page"/>
      </w:r>
    </w:p>
    <w:p w14:paraId="504CF4C8" w14:textId="77777777" w:rsidR="00DB03AD"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DB03AD" w14:paraId="678309F3"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35789E7" w14:textId="77777777" w:rsidR="00DB03AD"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523650" w14:textId="77777777" w:rsidR="00DB03AD"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CFA7B46" w14:textId="77777777" w:rsidR="00DB03AD"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057E899" w14:textId="77777777" w:rsidR="00DB03AD" w:rsidRDefault="00000000">
            <w:pPr>
              <w:spacing w:after="0"/>
            </w:pPr>
            <w:r>
              <w:rPr>
                <w:b/>
                <w:color w:val="FFFFFF"/>
                <w:sz w:val="17"/>
              </w:rPr>
              <w:t>TOTAL</w:t>
            </w:r>
          </w:p>
        </w:tc>
      </w:tr>
      <w:tr w:rsidR="00DB03AD" w14:paraId="334377D2"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219D59" w14:textId="77777777" w:rsidR="00DB03AD"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9E32A8" w14:textId="77777777" w:rsidR="00DB03AD"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0A09E9"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2AEFEF" w14:textId="77777777" w:rsidR="00DB03AD" w:rsidRDefault="00000000">
            <w:pPr>
              <w:spacing w:after="0" w:line="252" w:lineRule="auto"/>
            </w:pPr>
            <w:r>
              <w:rPr>
                <w:sz w:val="16"/>
              </w:rPr>
              <w:t>[CUR 0.00]</w:t>
            </w:r>
          </w:p>
        </w:tc>
      </w:tr>
      <w:tr w:rsidR="00DB03AD" w14:paraId="6783C0AF"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587E84" w14:textId="77777777" w:rsidR="00DB03AD"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3FA75E0" w14:textId="77777777" w:rsidR="00DB03AD"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A89101B"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73BADB5" w14:textId="77777777" w:rsidR="00DB03AD" w:rsidRDefault="00000000">
            <w:pPr>
              <w:spacing w:after="0" w:line="252" w:lineRule="auto"/>
            </w:pPr>
            <w:r>
              <w:rPr>
                <w:sz w:val="16"/>
              </w:rPr>
              <w:t>[CUR 0.00]</w:t>
            </w:r>
          </w:p>
        </w:tc>
      </w:tr>
      <w:tr w:rsidR="00DB03AD" w14:paraId="24E5151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83E1CD" w14:textId="77777777" w:rsidR="00DB03AD"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7A425A" w14:textId="77777777" w:rsidR="00DB03AD"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750381B"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85539A" w14:textId="77777777" w:rsidR="00DB03AD" w:rsidRDefault="00000000">
            <w:pPr>
              <w:spacing w:after="0" w:line="252" w:lineRule="auto"/>
            </w:pPr>
            <w:r>
              <w:rPr>
                <w:sz w:val="16"/>
              </w:rPr>
              <w:t>[CUR 0.00]</w:t>
            </w:r>
          </w:p>
        </w:tc>
      </w:tr>
      <w:tr w:rsidR="00DB03AD" w14:paraId="0BEADAB7"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366B42E" w14:textId="77777777" w:rsidR="00DB03AD"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61AEB41" w14:textId="77777777" w:rsidR="00DB03AD"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BFEC57"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DA8345" w14:textId="77777777" w:rsidR="00DB03AD" w:rsidRDefault="00000000">
            <w:pPr>
              <w:spacing w:after="0" w:line="252" w:lineRule="auto"/>
            </w:pPr>
            <w:r>
              <w:rPr>
                <w:sz w:val="16"/>
              </w:rPr>
              <w:t>[CUR 0.00]</w:t>
            </w:r>
          </w:p>
        </w:tc>
      </w:tr>
      <w:tr w:rsidR="00DB03AD" w14:paraId="1479004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D5607E" w14:textId="77777777" w:rsidR="00DB03AD"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E39C96" w14:textId="77777777" w:rsidR="00DB03AD"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FB0606"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2304BA" w14:textId="77777777" w:rsidR="00DB03AD" w:rsidRDefault="00000000">
            <w:pPr>
              <w:spacing w:after="0" w:line="252" w:lineRule="auto"/>
            </w:pPr>
            <w:r>
              <w:rPr>
                <w:sz w:val="16"/>
              </w:rPr>
              <w:t>[CUR 0.00]</w:t>
            </w:r>
          </w:p>
        </w:tc>
      </w:tr>
      <w:tr w:rsidR="00DB03AD" w14:paraId="0B0A7FBE"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10D74AD" w14:textId="77777777" w:rsidR="00DB03AD"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41CE23" w14:textId="77777777" w:rsidR="00DB03AD"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38E04E3"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5E3454" w14:textId="77777777" w:rsidR="00DB03AD" w:rsidRDefault="00000000">
            <w:pPr>
              <w:spacing w:after="0" w:line="252" w:lineRule="auto"/>
            </w:pPr>
            <w:r>
              <w:rPr>
                <w:sz w:val="16"/>
              </w:rPr>
              <w:t>[CUR 0.00]</w:t>
            </w:r>
          </w:p>
        </w:tc>
      </w:tr>
      <w:tr w:rsidR="00DB03AD" w14:paraId="6943E2D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CD34E01" w14:textId="77777777" w:rsidR="00DB03AD"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6435C2" w14:textId="77777777" w:rsidR="00DB03AD" w:rsidRDefault="00DB03AD">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6F3290" w14:textId="77777777" w:rsidR="00DB03AD" w:rsidRDefault="00DB03AD">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F3850C" w14:textId="77777777" w:rsidR="00DB03AD" w:rsidRDefault="00000000">
            <w:pPr>
              <w:spacing w:after="0" w:line="252" w:lineRule="auto"/>
            </w:pPr>
            <w:r>
              <w:rPr>
                <w:sz w:val="16"/>
              </w:rPr>
              <w:t>[CUR 0.00]</w:t>
            </w:r>
          </w:p>
        </w:tc>
      </w:tr>
      <w:tr w:rsidR="00DB03AD" w14:paraId="341D766E"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C615460" w14:textId="77777777" w:rsidR="00DB03AD"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CEEC8A7" w14:textId="77777777" w:rsidR="00DB03AD"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94B085" w14:textId="77777777" w:rsidR="00DB03AD"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644AFEA" w14:textId="77777777" w:rsidR="00DB03AD" w:rsidRDefault="00000000">
            <w:pPr>
              <w:spacing w:after="0" w:line="252" w:lineRule="auto"/>
            </w:pPr>
            <w:r>
              <w:rPr>
                <w:sz w:val="16"/>
              </w:rPr>
              <w:t>[CUR 0.00]</w:t>
            </w:r>
          </w:p>
        </w:tc>
      </w:tr>
    </w:tbl>
    <w:p w14:paraId="69552C4E" w14:textId="77777777" w:rsidR="00DB03AD" w:rsidRDefault="00DB03AD">
      <w:pPr>
        <w:spacing w:after="20"/>
      </w:pPr>
    </w:p>
    <w:p w14:paraId="03919E15" w14:textId="77777777" w:rsidR="00DB03AD"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DB03AD" w14:paraId="6DAB5338"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46A34C5" w14:textId="77777777" w:rsidR="00DB03AD"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9771253" w14:textId="77777777" w:rsidR="00DB03AD"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806F329" w14:textId="77777777" w:rsidR="00DB03AD" w:rsidRDefault="00000000">
            <w:pPr>
              <w:spacing w:after="0"/>
            </w:pPr>
            <w:r>
              <w:rPr>
                <w:b/>
                <w:color w:val="FFFFFF"/>
                <w:sz w:val="18"/>
              </w:rPr>
              <w:t>PAYMENT DUE</w:t>
            </w:r>
          </w:p>
        </w:tc>
      </w:tr>
      <w:tr w:rsidR="00DB03AD" w14:paraId="4D5B2362"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A477B0" w14:textId="77777777" w:rsidR="00DB03AD"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0908DF4" w14:textId="77777777" w:rsidR="00DB03AD"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A29C82" w14:textId="77777777" w:rsidR="00DB03AD" w:rsidRDefault="00000000">
            <w:pPr>
              <w:spacing w:after="0" w:line="252" w:lineRule="auto"/>
            </w:pPr>
            <w:r>
              <w:rPr>
                <w:sz w:val="18"/>
              </w:rPr>
              <w:t>[## days]</w:t>
            </w:r>
          </w:p>
        </w:tc>
      </w:tr>
      <w:tr w:rsidR="00DB03AD" w14:paraId="036F5395"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693F9E" w14:textId="77777777" w:rsidR="00DB03AD"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BA6226" w14:textId="77777777" w:rsidR="00DB03AD"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55405CE" w14:textId="77777777" w:rsidR="00DB03AD" w:rsidRDefault="00000000">
            <w:pPr>
              <w:spacing w:after="0" w:line="252" w:lineRule="auto"/>
            </w:pPr>
            <w:r>
              <w:rPr>
                <w:sz w:val="18"/>
              </w:rPr>
              <w:t>[## days]</w:t>
            </w:r>
          </w:p>
        </w:tc>
      </w:tr>
      <w:tr w:rsidR="00DB03AD" w14:paraId="6148E7AB"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E620E4" w14:textId="77777777" w:rsidR="00DB03AD"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788B9A5" w14:textId="77777777" w:rsidR="00DB03AD"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46E195" w14:textId="77777777" w:rsidR="00DB03AD" w:rsidRDefault="00000000">
            <w:pPr>
              <w:spacing w:after="0" w:line="252" w:lineRule="auto"/>
            </w:pPr>
            <w:r>
              <w:rPr>
                <w:sz w:val="18"/>
              </w:rPr>
              <w:t>[## days]</w:t>
            </w:r>
          </w:p>
        </w:tc>
      </w:tr>
      <w:tr w:rsidR="00DB03AD" w14:paraId="5AC0E6EE"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4EC8375" w14:textId="77777777" w:rsidR="00DB03AD"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7BEE67" w14:textId="77777777" w:rsidR="00DB03AD"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75C985" w14:textId="77777777" w:rsidR="00DB03AD" w:rsidRDefault="00000000">
            <w:pPr>
              <w:spacing w:after="0" w:line="252" w:lineRule="auto"/>
            </w:pPr>
            <w:r>
              <w:rPr>
                <w:sz w:val="18"/>
              </w:rPr>
              <w:t>[## days]</w:t>
            </w:r>
          </w:p>
        </w:tc>
      </w:tr>
    </w:tbl>
    <w:p w14:paraId="35681CCA" w14:textId="77777777" w:rsidR="00DB03AD" w:rsidRDefault="00DB03AD">
      <w:pPr>
        <w:spacing w:after="20"/>
      </w:pPr>
    </w:p>
    <w:p w14:paraId="76255389" w14:textId="77777777" w:rsidR="00DB03AD" w:rsidRDefault="00000000">
      <w:pPr>
        <w:pStyle w:val="Heading2"/>
      </w:pPr>
      <w:r>
        <w:t>Hosting &amp; Support Options</w:t>
      </w:r>
    </w:p>
    <w:p w14:paraId="1102AD07" w14:textId="77777777" w:rsidR="00DB03AD" w:rsidRDefault="00000000">
      <w:pPr>
        <w:pStyle w:val="ListBullet"/>
      </w:pPr>
      <w:r>
        <w:t>FimriQ managed hosting: [scope, fee and service window].</w:t>
      </w:r>
    </w:p>
    <w:p w14:paraId="2EB49B91" w14:textId="77777777" w:rsidR="00DB03AD" w:rsidRDefault="00000000">
      <w:pPr>
        <w:pStyle w:val="ListBullet"/>
      </w:pPr>
      <w:r>
        <w:t>Cloud application hosting: [environment, usage assumptions and fee].</w:t>
      </w:r>
    </w:p>
    <w:p w14:paraId="61C0E217" w14:textId="77777777" w:rsidR="00DB03AD" w:rsidRDefault="00000000">
      <w:pPr>
        <w:pStyle w:val="ListBullet"/>
      </w:pPr>
      <w:r>
        <w:t>Client-owned hosting: [deployment responsibilities and support boundary].</w:t>
      </w:r>
    </w:p>
    <w:p w14:paraId="3FAE7315" w14:textId="77777777" w:rsidR="00DB03AD" w:rsidRDefault="00000000">
      <w:pPr>
        <w:pStyle w:val="ListBullet"/>
      </w:pPr>
      <w:r>
        <w:t>Support plan: [Essential / Business / Premium / On-demand], with agreed response targets and included allowance.</w:t>
      </w:r>
    </w:p>
    <w:p w14:paraId="2281C798" w14:textId="77777777" w:rsidR="00DB03AD" w:rsidRDefault="00000000">
      <w:r>
        <w:br w:type="page"/>
      </w:r>
    </w:p>
    <w:p w14:paraId="67D2D953" w14:textId="77777777" w:rsidR="00DB03AD" w:rsidRDefault="00000000">
      <w:pPr>
        <w:pStyle w:val="Heading1"/>
      </w:pPr>
      <w:r>
        <w:lastRenderedPageBreak/>
        <w:t>7. Commercial Terms &amp; Acceptance</w:t>
      </w:r>
    </w:p>
    <w:p w14:paraId="1EE82D74" w14:textId="77777777" w:rsidR="00DB03AD" w:rsidRDefault="00000000">
      <w:pPr>
        <w:pStyle w:val="Heading2"/>
      </w:pPr>
      <w:r>
        <w:t>Key Assumptions and Exclusions</w:t>
      </w:r>
    </w:p>
    <w:p w14:paraId="4C248EFC" w14:textId="77777777" w:rsidR="00DB03AD" w:rsidRDefault="00000000">
      <w:pPr>
        <w:pStyle w:val="ListBullet"/>
      </w:pPr>
      <w:r>
        <w:t>Only items expressly included in the signed scope are included.</w:t>
      </w:r>
    </w:p>
    <w:p w14:paraId="318E3D34" w14:textId="77777777" w:rsidR="00DB03AD" w:rsidRDefault="00000000">
      <w:pPr>
        <w:pStyle w:val="ListBullet"/>
      </w:pPr>
      <w:r>
        <w:t>Third-party licences, transaction charges, app-store fees, domains, email, paid media and external testing are excluded unless stated.</w:t>
      </w:r>
    </w:p>
    <w:p w14:paraId="38CEBDB2" w14:textId="77777777" w:rsidR="00DB03AD" w:rsidRDefault="00000000">
      <w:pPr>
        <w:pStyle w:val="ListBullet"/>
      </w:pPr>
      <w:r>
        <w:t>The client confirms it has rights to supplied content, data and brand assets.</w:t>
      </w:r>
    </w:p>
    <w:p w14:paraId="6E502C47" w14:textId="77777777" w:rsidR="00DB03AD" w:rsidRDefault="00000000">
      <w:pPr>
        <w:pStyle w:val="ListBullet"/>
      </w:pPr>
      <w:r>
        <w:t>Material changes follow a written change request showing price and schedule impact.</w:t>
      </w:r>
    </w:p>
    <w:p w14:paraId="14BF9F19" w14:textId="77777777" w:rsidR="00DB03AD" w:rsidRDefault="00000000">
      <w:pPr>
        <w:pStyle w:val="ListBullet"/>
      </w:pPr>
      <w:r>
        <w:t>Proposal validity: [##] calendar days. Warranty: [##] days for reproducible defects against approved acceptance criteria.</w:t>
      </w:r>
    </w:p>
    <w:p w14:paraId="16474CF0" w14:textId="77777777" w:rsidR="00DB03AD" w:rsidRDefault="00000000">
      <w:pPr>
        <w:pStyle w:val="Heading2"/>
      </w:pPr>
      <w:r>
        <w:t>Solution Acceptance Criteria</w:t>
      </w:r>
    </w:p>
    <w:p w14:paraId="485F5845" w14:textId="77777777" w:rsidR="00DB03AD" w:rsidRDefault="00000000">
      <w:pPr>
        <w:pStyle w:val="ListBullet"/>
      </w:pPr>
      <w:r>
        <w:t>Candidates and employers can complete approved account, listing and application journeys.</w:t>
      </w:r>
    </w:p>
    <w:p w14:paraId="0CCA3B0B" w14:textId="77777777" w:rsidR="00DB03AD" w:rsidRDefault="00000000">
      <w:pPr>
        <w:pStyle w:val="ListBullet"/>
      </w:pPr>
      <w:r>
        <w:t>Role permissions, moderation and notification rules operate as agreed.</w:t>
      </w:r>
    </w:p>
    <w:p w14:paraId="4547BEA8" w14:textId="77777777" w:rsidR="00DB03AD" w:rsidRDefault="00000000">
      <w:pPr>
        <w:pStyle w:val="ListBullet"/>
      </w:pPr>
      <w:r>
        <w:t>Any included payment, matching or integration scenarios pass UAT.</w:t>
      </w:r>
    </w:p>
    <w:p w14:paraId="6C6A0C91" w14:textId="77777777" w:rsidR="00DB03AD" w:rsidRDefault="00000000">
      <w:pPr>
        <w:pStyle w:val="Heading2"/>
      </w:pPr>
      <w:r>
        <w:t>Ownership &amp; Confidentiality</w:t>
      </w:r>
    </w:p>
    <w:p w14:paraId="3B711934" w14:textId="77777777" w:rsidR="00DB03AD"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7CE0A38C" w14:textId="77777777" w:rsidR="00DB03AD"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DB03AD" w14:paraId="6094F7F9"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0EF32E3" w14:textId="77777777" w:rsidR="00DB03AD"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800037" w14:textId="77777777" w:rsidR="00DB03AD" w:rsidRDefault="00000000">
            <w:pPr>
              <w:spacing w:after="0"/>
            </w:pPr>
            <w:r>
              <w:rPr>
                <w:b/>
                <w:color w:val="FFFFFF"/>
                <w:sz w:val="18"/>
              </w:rPr>
              <w:t>FOR FIMRIQ PVT LTD</w:t>
            </w:r>
          </w:p>
        </w:tc>
      </w:tr>
      <w:tr w:rsidR="00DB03AD" w14:paraId="34179C87"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F9FBED" w14:textId="77777777" w:rsidR="00DB03AD"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427F3A" w14:textId="77777777" w:rsidR="00DB03AD"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08DCB353" w14:textId="77777777" w:rsidR="00DB03AD" w:rsidRDefault="00DB03AD">
      <w:pPr>
        <w:spacing w:after="20"/>
      </w:pPr>
    </w:p>
    <w:p w14:paraId="15D8272F" w14:textId="77777777" w:rsidR="00DB03AD" w:rsidRDefault="00000000">
      <w:pPr>
        <w:pStyle w:val="Heading2"/>
      </w:pPr>
      <w:r>
        <w:t>FimriQ Contact Details</w:t>
      </w:r>
    </w:p>
    <w:p w14:paraId="2063FA1D" w14:textId="77777777" w:rsidR="00DB03AD" w:rsidRDefault="00000000">
      <w:r>
        <w:rPr>
          <w:b/>
          <w:color w:val="12304A"/>
          <w:sz w:val="20"/>
        </w:rPr>
        <w:t>FimriQ PVT LTD | No.66-1/1, Galle Road, Dehiwela North, Sri Lanka</w:t>
      </w:r>
    </w:p>
    <w:p w14:paraId="367EDB50" w14:textId="77777777" w:rsidR="00DB03AD" w:rsidRDefault="00000000">
      <w:r>
        <w:t>WhatsApp +94 761 999 968 | Phone +94 117 037 132 | Fax +94 112 720 987</w:t>
      </w:r>
    </w:p>
    <w:p w14:paraId="3BB06F6B" w14:textId="77777777" w:rsidR="00DB03AD" w:rsidRDefault="00000000">
      <w:r>
        <w:rPr>
          <w:b/>
          <w:color w:val="00A7A5"/>
          <w:sz w:val="20"/>
        </w:rPr>
        <w:t>enquiry@fimriq.com | fimriq.com</w:t>
      </w:r>
    </w:p>
    <w:sectPr w:rsidR="00DB03AD"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A8992" w14:textId="77777777" w:rsidR="00EF23A0" w:rsidRDefault="00EF23A0">
      <w:pPr>
        <w:spacing w:after="0" w:line="240" w:lineRule="auto"/>
      </w:pPr>
      <w:r>
        <w:separator/>
      </w:r>
    </w:p>
  </w:endnote>
  <w:endnote w:type="continuationSeparator" w:id="0">
    <w:p w14:paraId="17E97B9E" w14:textId="77777777" w:rsidR="00EF23A0" w:rsidRDefault="00EF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715A" w14:textId="77777777" w:rsidR="000E4704" w:rsidRDefault="000E4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BA3E" w14:textId="77777777" w:rsidR="00DB03AD" w:rsidRDefault="00000000">
    <w:pPr>
      <w:pStyle w:val="Footer"/>
      <w:jc w:val="right"/>
    </w:pPr>
    <w:r>
      <w:rPr>
        <w:b/>
        <w:color w:val="617584"/>
        <w:sz w:val="16"/>
      </w:rPr>
      <w:t xml:space="preserve">CONFIDENTIAL  |  </w:t>
    </w:r>
    <w:r>
      <w:fldChar w:fldCharType="begin"/>
    </w:r>
    <w:r>
      <w:instrText>PAGE</w:instrText>
    </w:r>
    <w:r>
      <w:fldChar w:fldCharType="separate"/>
    </w:r>
    <w:r w:rsidR="000E4704">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898D" w14:textId="77777777" w:rsidR="000E4704" w:rsidRDefault="000E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D766F" w14:textId="77777777" w:rsidR="00EF23A0" w:rsidRDefault="00EF23A0">
      <w:pPr>
        <w:spacing w:after="0" w:line="240" w:lineRule="auto"/>
      </w:pPr>
      <w:r>
        <w:separator/>
      </w:r>
    </w:p>
  </w:footnote>
  <w:footnote w:type="continuationSeparator" w:id="0">
    <w:p w14:paraId="78BE9B45" w14:textId="77777777" w:rsidR="00EF23A0" w:rsidRDefault="00EF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C07E" w14:textId="77777777" w:rsidR="000E4704" w:rsidRDefault="000E4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AAEF" w14:textId="6C3F0D3B" w:rsidR="00DB03AD" w:rsidRPr="000E4704" w:rsidRDefault="000E4704" w:rsidP="000E4704">
    <w:pPr>
      <w:spacing w:after="1000"/>
    </w:pPr>
    <w:r>
      <w:rPr>
        <w:noProof/>
      </w:rPr>
      <w:drawing>
        <wp:anchor distT="0" distB="0" distL="114300" distR="114300" simplePos="0" relativeHeight="251658240" behindDoc="0" locked="0" layoutInCell="1" allowOverlap="1" wp14:anchorId="36D93F77" wp14:editId="47648E9F">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6C60" w14:textId="77777777" w:rsidR="000E4704" w:rsidRDefault="000E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4044561">
    <w:abstractNumId w:val="8"/>
  </w:num>
  <w:num w:numId="2" w16cid:durableId="53285668">
    <w:abstractNumId w:val="6"/>
  </w:num>
  <w:num w:numId="3" w16cid:durableId="588539271">
    <w:abstractNumId w:val="5"/>
  </w:num>
  <w:num w:numId="4" w16cid:durableId="58797601">
    <w:abstractNumId w:val="4"/>
  </w:num>
  <w:num w:numId="5" w16cid:durableId="57633938">
    <w:abstractNumId w:val="7"/>
  </w:num>
  <w:num w:numId="6" w16cid:durableId="1005520772">
    <w:abstractNumId w:val="3"/>
  </w:num>
  <w:num w:numId="7" w16cid:durableId="27685899">
    <w:abstractNumId w:val="2"/>
  </w:num>
  <w:num w:numId="8" w16cid:durableId="1946375838">
    <w:abstractNumId w:val="1"/>
  </w:num>
  <w:num w:numId="9" w16cid:durableId="17616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4704"/>
    <w:rsid w:val="0015074B"/>
    <w:rsid w:val="0029639D"/>
    <w:rsid w:val="00326F90"/>
    <w:rsid w:val="00494FFC"/>
    <w:rsid w:val="00AA1D8D"/>
    <w:rsid w:val="00B47730"/>
    <w:rsid w:val="00CB0664"/>
    <w:rsid w:val="00DB03AD"/>
    <w:rsid w:val="00EF2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F70EEB"/>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Job Portal Proposal</dc:title>
  <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2026-08-27T13:21:00Z</dcterms:modified>
  <cp:category/>
</cp:coreProperties>
</file>